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DC2" w:rsidRPr="000E27E4" w:rsidRDefault="005A2CBF">
      <w:pPr>
        <w:rPr>
          <w:lang w:val="ru-RU"/>
        </w:rPr>
        <w:sectPr w:rsidR="00AC6DC2" w:rsidRPr="000E27E4" w:rsidSect="00DB66B0">
          <w:pgSz w:w="11900" w:h="16840"/>
          <w:pgMar w:top="478" w:right="1440" w:bottom="851" w:left="1440" w:header="720" w:footer="720" w:gutter="0"/>
          <w:cols w:space="720" w:equalWidth="0">
            <w:col w:w="9020" w:space="0"/>
          </w:cols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5727700" cy="7875588"/>
            <wp:effectExtent l="0" t="0" r="0" b="0"/>
            <wp:docPr id="1" name="Рисунок 1" descr="D:\сайт\14.01\РП Шатова С.В. для М.Г.С\Скан_202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14.01\РП Шатова С.В. для М.Г.С\Скан_20230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6DC2" w:rsidRPr="000E27E4" w:rsidRDefault="00AC6DC2">
      <w:pPr>
        <w:autoSpaceDE w:val="0"/>
        <w:autoSpaceDN w:val="0"/>
        <w:spacing w:after="216" w:line="220" w:lineRule="exact"/>
        <w:rPr>
          <w:lang w:val="ru-RU"/>
        </w:rPr>
      </w:pPr>
    </w:p>
    <w:p w:rsidR="00AC6DC2" w:rsidRPr="000E27E4" w:rsidRDefault="00DB66B0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</w:t>
      </w:r>
      <w:r w:rsidR="007435D6" w:rsidRPr="000E27E4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AC6DC2" w:rsidRPr="00D53121" w:rsidRDefault="007435D6" w:rsidP="000E27E4">
      <w:pPr>
        <w:autoSpaceDE w:val="0"/>
        <w:autoSpaceDN w:val="0"/>
        <w:spacing w:before="346" w:after="0" w:line="278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1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:rsidR="00AC6DC2" w:rsidRPr="00D53121" w:rsidRDefault="007435D6" w:rsidP="000E27E4">
      <w:pPr>
        <w:autoSpaceDE w:val="0"/>
        <w:autoSpaceDN w:val="0"/>
        <w:spacing w:before="190" w:after="0" w:line="230" w:lineRule="auto"/>
        <w:ind w:left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:rsidR="00AC6DC2" w:rsidRPr="00D53121" w:rsidRDefault="007435D6" w:rsidP="000E27E4">
      <w:pPr>
        <w:autoSpaceDE w:val="0"/>
        <w:autoSpaceDN w:val="0"/>
        <w:spacing w:before="192" w:after="0" w:line="290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Русский язык является основой всего процесса обучения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​лом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развитии функциональной грамотности младших школь​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особенно таких её компонентов, как языковая, комму​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​ватного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нрав​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—д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лительный процесс, разворачивающийся на протяжении изучения содержания предмета.</w:t>
      </w:r>
    </w:p>
    <w:p w:rsidR="00AC6DC2" w:rsidRPr="00D53121" w:rsidRDefault="007435D6" w:rsidP="000E27E4">
      <w:pPr>
        <w:autoSpaceDE w:val="0"/>
        <w:autoSpaceDN w:val="0"/>
        <w:spacing w:before="70" w:after="0" w:line="286" w:lineRule="auto"/>
        <w:ind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​туре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ников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направлено на решение практической задачи развития всех видов речевой деятельности, отработку навыков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решаются совместно с учебным предметом «Литературное чтение».</w:t>
      </w:r>
    </w:p>
    <w:p w:rsidR="00341251" w:rsidRDefault="007435D6" w:rsidP="000E27E4">
      <w:pPr>
        <w:autoSpaceDE w:val="0"/>
        <w:autoSpaceDN w:val="0"/>
        <w:spacing w:before="70" w:after="0" w:line="230" w:lineRule="auto"/>
        <w:ind w:left="180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​ка», в 1 классе — 165 ч.</w:t>
      </w:r>
    </w:p>
    <w:p w:rsidR="00AC6DC2" w:rsidRPr="00D53121" w:rsidRDefault="007435D6" w:rsidP="0042150F">
      <w:pPr>
        <w:tabs>
          <w:tab w:val="left" w:pos="9923"/>
        </w:tabs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AC6DC2" w:rsidRPr="00D53121" w:rsidRDefault="007435D6" w:rsidP="000E27E4">
      <w:pPr>
        <w:autoSpaceDE w:val="0"/>
        <w:autoSpaceDN w:val="0"/>
        <w:spacing w:before="430" w:after="0" w:line="230" w:lineRule="auto"/>
        <w:ind w:left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436" w:right="650" w:bottom="35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90" w:line="220" w:lineRule="exact"/>
        <w:rPr>
          <w:lang w:val="ru-RU"/>
        </w:rPr>
      </w:pPr>
    </w:p>
    <w:p w:rsidR="00AC6DC2" w:rsidRPr="00D53121" w:rsidRDefault="007435D6" w:rsidP="000E27E4">
      <w:pPr>
        <w:autoSpaceDE w:val="0"/>
        <w:autoSpaceDN w:val="0"/>
        <w:spacing w:after="0"/>
        <w:ind w:right="144" w:firstLine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:rsidR="00AC6DC2" w:rsidRPr="00D53121" w:rsidRDefault="007435D6" w:rsidP="000E27E4">
      <w:pPr>
        <w:autoSpaceDE w:val="0"/>
        <w:autoSpaceDN w:val="0"/>
        <w:spacing w:before="70" w:after="0" w:line="230" w:lineRule="auto"/>
        <w:ind w:left="18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:rsidR="00AC6DC2" w:rsidRPr="00D53121" w:rsidRDefault="007435D6" w:rsidP="000E27E4">
      <w:pPr>
        <w:autoSpaceDE w:val="0"/>
        <w:autoSpaceDN w:val="0"/>
        <w:spacing w:before="178" w:after="0" w:line="281" w:lineRule="auto"/>
        <w:ind w:left="42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мание роли русского языка как языка межнационального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:rsidR="00AC6DC2" w:rsidRPr="00D53121" w:rsidRDefault="007435D6" w:rsidP="000E27E4">
      <w:pPr>
        <w:autoSpaceDE w:val="0"/>
        <w:autoSpaceDN w:val="0"/>
        <w:spacing w:before="192" w:after="0" w:line="271" w:lineRule="auto"/>
        <w:ind w:left="420" w:right="1152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основными видами речевой деятельности на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аудированием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говорением,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:rsidR="00AC6DC2" w:rsidRPr="00D53121" w:rsidRDefault="007435D6" w:rsidP="000E27E4">
      <w:pPr>
        <w:autoSpaceDE w:val="0"/>
        <w:autoSpaceDN w:val="0"/>
        <w:spacing w:before="190" w:after="0" w:line="281" w:lineRule="auto"/>
        <w:ind w:left="420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:rsidR="00AC6DC2" w:rsidRPr="00D53121" w:rsidRDefault="007435D6" w:rsidP="000E27E4">
      <w:pPr>
        <w:autoSpaceDE w:val="0"/>
        <w:autoSpaceDN w:val="0"/>
        <w:spacing w:before="190" w:after="0" w:line="262" w:lineRule="auto"/>
        <w:ind w:left="420" w:right="1008"/>
        <w:jc w:val="both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310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AC6DC2" w:rsidRPr="00D53121" w:rsidRDefault="007435D6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Обучение грамоте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Составление небольших рассказов повествовательного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тера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 серии сюжетных картинок, материалам собственных игр, занятий, наблюдений. Понимание текста при его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прослушивании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при самостоя​тельном чтении вслух.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Слово и предложение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Различение слова и предложения. Работа с предложением: выделение слов, изменение их порядка. Восприятие слова как объекта изучения, материала для анализа. Наблюдение над значением слова.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2" w:after="0" w:line="286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звуков. Сопоставление слов, различающихся одним или несколькими звуками. Звуковой анализ слова, работа со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звуко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Количе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ство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слогов в слове. Ударный слог.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Различение звука и буквы: буква как знак звука. Слоговой принцип русской графики. Буквы гласных как показатель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твёр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— мягкости согласных звуков. Функции букв е, ё, ю, я. Мягкий знак как показатель мягкости предшествующего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 гласного звука в конце слова. Последовательность букв в русском алфавите.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Чтение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Слоговое чтение (ориентация на букву, обозначающую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звук).  Плавное слоговое чтение и чтение целыми словами со скоростью, соответствующей индивидуальному темпу.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интонациями и паузами в соответствии со знаками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препи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Осознанное чтение слов,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словосочетаний, предложений. Выразительное чтение на материале небольших прозаических текстов и стихотворений. Орфоэпическое чтение (при переходе к чтению целыми слова​ми). Орфографическое чтение (проговаривание) как средство самоконтроля при письме под диктовку и при списывании.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2"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Письмо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Ориентация на пространстве листа в тетради и на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простран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классной доски. Гигиенические требования, которые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необ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ходимо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соблюдать во время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письма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.Н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ачертание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письменных прописных и строчных букв.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Пись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​мо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букв, буквосочетаний, слогов, слов, предложений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соблюде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гигиенических норм. Письмо разборчивым, аккуратным почерком. Письмо под диктовку слов и предложений,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которых не расходится с их произношением. Приёмы и последовательность правильного списывания текста. Функция небуквенных графических средств: пробела между словами, знака переноса.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Правила правописания и их применение: раздельное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написа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слов; обозначение гласных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пропис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буква в начале предложения, в именах собственных (имена людей, клички животных); перенос слов по слогам без стечения согласных; знаки препинания в конце предложения.</w:t>
      </w:r>
    </w:p>
    <w:p w:rsidR="00AC6DC2" w:rsidRPr="00D53121" w:rsidRDefault="007435D6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F0F50"/>
          <w:sz w:val="24"/>
          <w:lang w:val="ru-RU"/>
        </w:rPr>
        <w:t>СИСТЕМАТИЧЕСКИЙ КУРС</w:t>
      </w:r>
    </w:p>
    <w:p w:rsidR="00AC6DC2" w:rsidRDefault="00AC6DC2">
      <w:pPr>
        <w:rPr>
          <w:lang w:val="ru-RU"/>
        </w:rPr>
      </w:pPr>
    </w:p>
    <w:p w:rsidR="00F82E84" w:rsidRPr="00D53121" w:rsidRDefault="00F82E84">
      <w:pPr>
        <w:rPr>
          <w:lang w:val="ru-RU"/>
        </w:rPr>
        <w:sectPr w:rsidR="00F82E84" w:rsidRPr="00D53121">
          <w:pgSz w:w="11900" w:h="16840"/>
          <w:pgMar w:top="298" w:right="650" w:bottom="3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2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62" w:lineRule="auto"/>
        <w:ind w:left="180" w:right="2016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Общие сведения о языке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 как основное средство человеческого общения.  Цели и ситуации общения.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Звуки речи. Гласные и согласные звуки, их различение.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Уда​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слове. Гласные ударные и безударные. Твёрдые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мяг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​кие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согласные звуки, их различение. Звонкие и глухие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соглас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звуки, их различение. Согласный звук [й’] и гласный звук [и]. Шипящие [ж], [ш], [ч’], [щ’]. Слог. Количество слогов в слове. Ударный слог. Деление слов на слоги (простые случаи, без стечения согласных).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Графика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 Установление соотношения звукового и буквенного состава слова в словах типа стол, конь. Небуквенные графические средства: пробел между словами, знак переноса. Русский алфавит: правильное название букв, их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последова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тельность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Использование алфавита для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упорядочения списка слов.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Произношение звуков и сочетаний звуков, ударение в словах в соответствии с нормами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современного русского литературного языка (на ограниченном перечне слов, отрабатываемом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учеб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D53121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нике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).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Слово как единица языка (ознакомление). Слово как название предмета, признака предмета, действия предмета (ознакомление). Выявление слов, значение которых требует уточнения.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Предложение как единица языка (ознакомление). Слово, предложение (наблюдение над сходством 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различи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​ем). Установление связи слов в предложении при помощи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смыс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ловых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вопросов.</w:t>
      </w:r>
    </w:p>
    <w:p w:rsidR="00AC6DC2" w:rsidRPr="00D53121" w:rsidRDefault="007435D6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Восстановление деформированных предложений.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Составле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предложений из набора форм слов.</w:t>
      </w:r>
    </w:p>
    <w:p w:rsidR="00AC6DC2" w:rsidRPr="00D53121" w:rsidRDefault="007435D6">
      <w:pPr>
        <w:autoSpaceDE w:val="0"/>
        <w:autoSpaceDN w:val="0"/>
        <w:spacing w:before="190" w:after="0" w:line="262" w:lineRule="auto"/>
        <w:ind w:left="180" w:right="6048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:rsidR="00AC6DC2" w:rsidRPr="00D53121" w:rsidRDefault="007435D6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раздельное написание слов в предложении;</w:t>
      </w:r>
    </w:p>
    <w:p w:rsidR="00AC6DC2" w:rsidRPr="00D53121" w:rsidRDefault="007435D6">
      <w:pPr>
        <w:autoSpaceDE w:val="0"/>
        <w:autoSpaceDN w:val="0"/>
        <w:spacing w:before="192" w:after="0" w:line="262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прописная буква в начале предложения и в именах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собствен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 в именах и фамилиях людей, кличках животных;</w:t>
      </w:r>
    </w:p>
    <w:p w:rsidR="00AC6DC2" w:rsidRPr="00D53121" w:rsidRDefault="007435D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перенос слов (без учёта морфемного членения слова);</w:t>
      </w:r>
    </w:p>
    <w:p w:rsidR="00AC6DC2" w:rsidRPr="00D53121" w:rsidRDefault="007435D6">
      <w:pPr>
        <w:autoSpaceDE w:val="0"/>
        <w:autoSpaceDN w:val="0"/>
        <w:spacing w:before="190" w:after="0" w:line="230" w:lineRule="auto"/>
        <w:jc w:val="center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ши (в положении под ударением),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ща, чу,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AC6DC2" w:rsidRPr="00D53121" w:rsidRDefault="007435D6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сочетания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чк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чн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AC6DC2" w:rsidRPr="00D53121" w:rsidRDefault="007435D6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слова с непроверяемыми гласными и согласными (перечень слов в орфографическом словаре учебника);</w:t>
      </w:r>
    </w:p>
    <w:p w:rsidR="00AC6DC2" w:rsidRPr="00D53121" w:rsidRDefault="007435D6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знаки препинания в конце предложения: точка,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вопроситель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восклицательный знаки. Алгоритм списывания текста.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78" w:after="0" w:line="271" w:lineRule="auto"/>
        <w:ind w:right="576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Речь как основная форма общения между людьми. Текст как единица речи (ознакомление). Ситуация общения: цель общения, с кем и где происходит 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 Ситуации устного общения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2" w:right="676" w:bottom="444" w:left="666" w:header="720" w:footer="720" w:gutter="0"/>
          <w:cols w:space="720" w:equalWidth="0">
            <w:col w:w="10558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71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(чтение диалогов по ролям, просмотр видеоматериалов, прослушивание аудиозаписи). Нормы речевого этикета в ситуациях учебного и бытового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(приветствие, прощание, извинение, благодарность, об​ращение с просьбой).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86" w:right="1238" w:bottom="1440" w:left="666" w:header="720" w:footer="720" w:gutter="0"/>
          <w:cols w:space="720" w:equalWidth="0">
            <w:col w:w="9996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1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C6DC2" w:rsidRPr="00D53121" w:rsidRDefault="007435D6">
      <w:pPr>
        <w:autoSpaceDE w:val="0"/>
        <w:autoSpaceDN w:val="0"/>
        <w:spacing w:before="38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своей этнокультурной и российской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граждан​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первоначальные представления о человеке как члене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доброжелатель​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​вой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интерес к различным профессиям,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:rsidR="00AC6DC2" w:rsidRPr="00D53121" w:rsidRDefault="007435D6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актив​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​ский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причинно​следственные связи в ситуациях наблюдения за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языковым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материалом, делать выводы.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мин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​исследование,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согласно заданному алгоритму находить представленную в явном виде информацию в предложенном источнике: в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слова​рях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справочниках;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соблюдать с помощью взрослых (педагогических работни​ков, родителей, законных</w:t>
      </w:r>
      <w:proofErr w:type="gramEnd"/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p w:rsidR="00AC6DC2" w:rsidRPr="00D53121" w:rsidRDefault="007435D6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​скую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, звуковую информацию в соответствии с учебной зада​чей;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воспринимать и формулировать суждения, выражать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эмо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и-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​исследования, проектного задания;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:rsidR="00AC6DC2" w:rsidRPr="00D53121" w:rsidRDefault="007435D6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причины успеха/неудач учебной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деятель​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ин​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AC6DC2" w:rsidRPr="00D53121" w:rsidRDefault="007435D6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первом классе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слово и предложение; вычленять слова из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ложений</w:t>
      </w:r>
      <w:proofErr w:type="spellEnd"/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вычленять звуки из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различать гласные и согласные звуки (в том числе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чать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 слове согласный звук [й’] и гласный звук [и]);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различать ударные и безударные гласные звуки;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различать согласные звуки: мягкие и твёрдые, звонкие и глухие (вне слова и в слове);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 различать понятия «звук» и «буква»;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количество слогов в слове; делить слова на слоги (простые случаи: слова без стечения согласных); определять в слове ударный слог;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обозначать на письме мягкость согласных звуков буквами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я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и буквой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в конце слова;</w:t>
      </w:r>
      <w:proofErr w:type="gramEnd"/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называть буквы русского алфавита;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​вать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знание последовательности букв русского алфавита для упорядочения небольшого списка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аккуратным разборчивым почерком без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искаже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​ний прописные и строчные буквы, соединения букв, слова;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применять изученные правила правописания: раздельное написание слов в предложении; знаки препинания в конце пред​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ложения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: точка, вопросительный и восклицательный знаки; прописная буква в начале предложения и в именах собственных (имена, фамилии, клички животных); перенос слов по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сло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​гам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(простые случаи: слова из слогов типа «согласный + глас​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»); гласные после шипящих в сочетаниях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жи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ши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(в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положе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нии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под ударением),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ща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чу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D53121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щу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 непроверяемые гласные и согласные (перечень слов в орфографическом словаре учебника);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</w:t>
      </w:r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писать под диктовку (без пропусков и искажений букв) слова, предложения из  3—5  слов, тексты  объёмом  не  более 20 слов, правописание которых не расходится с произношением;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находить и исправлять ошибки на изученные правила, описки;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понимать прослушанный текст;</w:t>
      </w:r>
      <w:proofErr w:type="gramEnd"/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читать вслух и про себя (с пониманием) короткие тексты с соблюдением интонации и пауз в соответствии со знаками пре​пинания в конце предложения;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тексте слова, значение которых требует </w:t>
      </w:r>
      <w:proofErr w:type="spellStart"/>
      <w:proofErr w:type="gram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уточ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​нения</w:t>
      </w:r>
      <w:proofErr w:type="gram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составлять предложение из набора форм слов;</w:t>
      </w:r>
      <w:r w:rsidRPr="00D53121">
        <w:rPr>
          <w:lang w:val="ru-RU"/>
        </w:rPr>
        <w:br/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  устно составлять текст из 3—5 предложений по сюжет​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картинкам и наблюдениям;</w:t>
      </w:r>
      <w:r w:rsidRPr="00D53121">
        <w:rPr>
          <w:lang w:val="ru-RU"/>
        </w:rPr>
        <w:tab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 изученные понятия в процессе решения учебных задач.</w:t>
      </w:r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716" w:bottom="1440" w:left="666" w:header="720" w:footer="720" w:gutter="0"/>
          <w:cols w:space="720" w:equalWidth="0">
            <w:col w:w="10518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64" w:line="220" w:lineRule="exact"/>
        <w:rPr>
          <w:lang w:val="ru-RU"/>
        </w:rPr>
      </w:pPr>
    </w:p>
    <w:p w:rsidR="00AC6DC2" w:rsidRDefault="007435D6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40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 часов</w:t>
            </w:r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  <w:proofErr w:type="spellEnd"/>
          </w:p>
        </w:tc>
        <w:tc>
          <w:tcPr>
            <w:tcW w:w="3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31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115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цифровые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ресурсы</w:t>
            </w:r>
          </w:p>
        </w:tc>
      </w:tr>
      <w:tr w:rsidR="00AC6DC2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68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</w:tr>
      <w:tr w:rsidR="00AC6DC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ОБУЧЕНИЕ ГРАМОТЕ</w:t>
            </w:r>
          </w:p>
        </w:tc>
      </w:tr>
      <w:tr w:rsidR="00AC6DC2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8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1.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речи</w:t>
            </w:r>
            <w:proofErr w:type="spellEnd"/>
          </w:p>
        </w:tc>
      </w:tr>
      <w:tr w:rsidR="00AC6DC2">
        <w:trPr>
          <w:trHeight w:hRule="exact" w:val="649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небольших рассказов повествовательного характера по серии сюжетных картинок, материалам собственных игр, занятий, наблюдений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.2022 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7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.0</w:t>
            </w:r>
            <w:r w:rsidR="00617520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серией сюжетных картинок,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выстроенных в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​вильной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последовательности: анализ изображённых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собы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тий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обсуждение сюжета, составление устного рассказа с опорой на картинки; Работа с серией сюжетных картинок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нарушенной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последо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вательностью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анализ изображённых событий, установление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правильной последовательности событий, объяснение ошибки художника, внесение изменений в последователь​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картинок, составление устного рассказа по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восстанов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ленной серии картинок;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 по составлению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небольших рассказов повествовательного характера (например, рассказ о случаях из школьной жизни и т. д.);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 по составлению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небольших рассказов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опи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сательного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характера (например, описание как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результат совместных наблюдений,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описание модели звукового состава слова и т. д.);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Самостоятельная работа: составление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короткого рассказа по опорным словам; Учебный диалог по результатам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совместного составления рассказов,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объяснение уместности или неуместности использования тех или иных речевых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средств, участие в диалоге, высказывание и обоснование своей точки зрения;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Слушание текста, понимание текста при его прослушивании;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https://edudocs.info/prezentaciya-na-temu-sostavlenie-ustnyh-rasskazov--7677.html</w:t>
            </w:r>
          </w:p>
        </w:tc>
      </w:tr>
      <w:tr w:rsidR="00AC6DC2">
        <w:trPr>
          <w:trHeight w:hRule="exact" w:val="350"/>
        </w:trPr>
        <w:tc>
          <w:tcPr>
            <w:tcW w:w="4514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0458" w:type="dxa"/>
            <w:gridSpan w:val="6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</w:t>
            </w:r>
            <w:proofErr w:type="spellEnd"/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2" w:right="640" w:bottom="103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606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Звуки речи. Интонационное выделение звука в слове. Определение частотного звука в стихотворении.</w:t>
            </w:r>
          </w:p>
          <w:p w:rsidR="00AC6DC2" w:rsidRPr="00D53121" w:rsidRDefault="007435D6">
            <w:pPr>
              <w:autoSpaceDE w:val="0"/>
              <w:autoSpaceDN w:val="0"/>
              <w:spacing w:before="20" w:after="0" w:line="245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Называние слов с заданным звуком. Дифференциация близких по акустико-артикуляционным признакам звуков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05.09.2022 09.09.2022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Игровое упражнение «Скажи так, как я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отрабатывается умение воспроизводить заданный учителем образец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ционного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выделения звука в 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«Есть ли в слове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заданный звук?» (ловить мяч нужно только тогда, когда ведущий называет слово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 звуком, отрабатывается умение определять наличие заданного звука 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прослушивании стихотворения»;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слов с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моделью: выбрать нужную модель в зависимости от места заданного звука в слове (начало, середина, конец слова);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Совместная работа: группировка слов по первому звук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у(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 последнему звуку), по наличию близких в акустико-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артикуляционном отношении звуков ([н] —[м], [р] — [л], [с] — [ш] и др.);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«Живые звуки»: моделирование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звукового состава слова в игровых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ситуациях;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https://nsportal.ru/nachalnaya-shkola/russkii-yazyk/2017/11/13/prezentatsiya-k-uroku-russkogo-yazyka-obuchenie-gramote-v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63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последовательности звуков в слове и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12.09.2022 16.09.2022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слов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соответ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ствующими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 моделями;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основанию (например, твёрдые — мягкие согласные звуки);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«Чем гласные звуки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отличаются по произношению от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согласных звуков?»; как результат участия в диалоге: различение гласных и согласных звуков по отсутствию/наличию преграды;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Игровое упражнение «Назови братца»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(парный по твёрдости — мягкости звук); Учебный диалог «Чем твёрдые согласные звуки отличаются от мягких согласных звуков?»;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работа: характеристика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особенностей гласных, согласных звуков, обоснование своей точки зрения,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выслушивание одноклассников;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Контролировать этапы своей работы,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процесс и результат выполнения задания;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 по определению количества слогов в слове, приведение доказательства;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Работа в парах: подбор слов с заданным количеством слогов;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https://kopilkaurokov.ru/nachalniyeKlassi</w:t>
            </w:r>
          </w:p>
        </w:tc>
      </w:tr>
      <w:tr w:rsidR="00AC6DC2">
        <w:trPr>
          <w:trHeight w:hRule="exact" w:val="24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Особенность гласных звуков. Особенность согласных звуков. Различение гласных и согласных звуков. Определение места ударения. Различение гласных ударных и безударных. Ударный слог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19.09.2022 23.09.2022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подбор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слова с заданным ударным гласным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слогоударными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схемами: подбор слов, соответствующих схеме;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объединять слова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количеству слогов в слове и месту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нахождение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исправление ошибок, допущенных при делении слов на слоги, в определении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https://nsportal.ru/nachalnaya-shkola/russkii-yazyk/2012/05/06/prezentatsiya-glasnye-i-soglasnye-zvuki-i-bukvy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127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371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Твёрдость и мягкость согласных звуков как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смыслоразличительная функция.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твёрдых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мягких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согласных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26.09.2022 29.09.2022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Игровое упражнение «Скажи так, как я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»(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отрабатывается умение воспроизводить заданный учителем образец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интона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ционного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выделения звука в 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«Есть ли в слове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заданный звук?» (ловить мяч нужно только тогда, когда ведущий называет слово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 звуком, отрабатывается умение определять наличие заданного звука 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слове);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Игра​соревнование «Кто запомнит больше слов с заданным звуком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прослушивании стихотворения»;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слов с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с моделью: выбрать нужную модель в зависимости от места заданного звука в слове (начало, середина, конец слова);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AC6DC2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Дифференциация парных по твёрдости — мягкости согласных звуков.  Дифференциация парных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звонкости — глухости звуков (без введения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термино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в«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звонкость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», «глухость»).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30.09.2022 06.10.2022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4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звукового состава слов с использованием фишек разного цвета для фиксации качественных характеристик звуков;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выполнение задания: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проанализировать предложенную модель звукового состава слова и рассказать о ней; Творческое задание: подбор слов,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соответ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r w:rsidRPr="00D53121">
              <w:rPr>
                <w:rFonts w:ascii="DejaVu Serif" w:eastAsia="DejaVu Serif" w:hAnsi="DejaVu Serif"/>
                <w:color w:val="000000"/>
                <w:w w:val="97"/>
                <w:sz w:val="16"/>
                <w:lang w:val="ru-RU"/>
              </w:rPr>
              <w:t>‐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ствующих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заданной модели;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сравнение двух моделей звукового состава (нахождение сходства и различия);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слов с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соответ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ствующими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 моделями;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группировка звуков по заданному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основанию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например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твёрдые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—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мягкие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согласные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https://uchitelya.com/russkiy-yazyk/125589-prezentaciya-tverdye-i-myagkie-soglasnye-zvuki-ih-smyslorazlichitelnaya-rol.html</w:t>
            </w:r>
          </w:p>
        </w:tc>
      </w:tr>
      <w:tr w:rsidR="00AC6DC2">
        <w:trPr>
          <w:trHeight w:hRule="exact" w:val="150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Слог как минимальная произносительная единица.</w:t>
            </w:r>
          </w:p>
          <w:p w:rsidR="00AC6DC2" w:rsidRDefault="007435D6">
            <w:pPr>
              <w:autoSpaceDE w:val="0"/>
              <w:autoSpaceDN w:val="0"/>
              <w:spacing w:before="20" w:after="0" w:line="247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Слогообразующая функция гласных звуков. Определение количества слогов в слове.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на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слоги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простые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однозначные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случаи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10.10.2022 14.10.2022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объединять слова по количеству слогов в слове и месту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ударения;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нахождение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исправление ошибок, допущенных при делении слов на слоги, в определении ударного звука;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 w:rsidRPr="005A2CB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3.</w:t>
            </w: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Письмо. Орфография и пунктуация</w:t>
            </w:r>
          </w:p>
        </w:tc>
      </w:tr>
    </w:tbl>
    <w:p w:rsidR="00AC6DC2" w:rsidRPr="00D53121" w:rsidRDefault="00AC6DC2">
      <w:pPr>
        <w:autoSpaceDE w:val="0"/>
        <w:autoSpaceDN w:val="0"/>
        <w:spacing w:after="0" w:line="14" w:lineRule="exact"/>
        <w:rPr>
          <w:lang w:val="ru-RU"/>
        </w:rPr>
      </w:pPr>
    </w:p>
    <w:p w:rsidR="00AC6DC2" w:rsidRPr="00D53121" w:rsidRDefault="00AC6DC2">
      <w:pPr>
        <w:rPr>
          <w:lang w:val="ru-RU"/>
        </w:rPr>
        <w:sectPr w:rsidR="00AC6DC2" w:rsidRPr="00D53121">
          <w:pgSz w:w="16840" w:h="11900"/>
          <w:pgMar w:top="284" w:right="640" w:bottom="8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2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Развитие мелкой моторики пальцев и движения руки. Развитие умения ориентироваться на пространстве листа в тетради и на пространстве классной доски.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Усвоение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гигиенических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требований,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которые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необходимо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соблюдать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время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письма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17.10.2022 28.10.2022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Совместная работа: анализ поэлементного состава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«Конструктор букв», направленное на составление буквы из элементов;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(из пластилина, из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проволоки) букв;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>
        <w:trPr>
          <w:trHeight w:hRule="exact" w:val="37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Письмо под диктовку слов и предложений, написание которых не расходится с их произношением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07.11.2022 18.11.2022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4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запись письменными буквами слова/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/короткого текста,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написанного печатными буквами;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в процессе совместного обсуждения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списывания;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списывание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слов/предложений в соответствии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заданным алгоритмом, контролирование этапов своей работы;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сообщение правила переноса слов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(первичное знакомство);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«Почему слова пишутся отдельно друг от друга?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Удобно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читать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записанное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пробелов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между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словами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?»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https://nsportal.ru/nachalnaya-shkola/russkii-yazyk/2017/01/10/prezentatsiya-k-uroku-russkogo-yazyka-slog-kak</w:t>
            </w:r>
          </w:p>
        </w:tc>
      </w:tr>
      <w:tr w:rsidR="00AC6DC2">
        <w:trPr>
          <w:trHeight w:hRule="exact" w:val="30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Усвоение приёмов последовательности правильного списывания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21.11.2022 28.11.2022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под диктовку слов и предложений, состоящих из трёх — пяти слов со звуками в сильной позиции;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соотнесение одних и тех же слов,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написан​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печатным и письменным шрифтом;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запись письменными буквами слова/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/короткого текста,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написанного печатными буквами;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в процессе совместного обсуждения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алгорит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списывания; </w:t>
            </w:r>
            <w:r w:rsidRPr="00D53121">
              <w:rPr>
                <w:lang w:val="ru-RU"/>
              </w:rPr>
              <w:br/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работа: списывание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слов/предложений в соответствии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заданным алгоритмом, контролирование этапов своей работы;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https://infourok.ru/prezentaciya-k-uroku-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russkogo-yazika-v-klasse-yazik-kak-sredstvo-obscheniya-poryadok-deystviy-pri-spisivanii-1484402.html</w:t>
            </w:r>
          </w:p>
        </w:tc>
      </w:tr>
      <w:tr w:rsidR="00AC6DC2">
        <w:trPr>
          <w:trHeight w:hRule="exact" w:val="186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функции небуквенных графических средств: пробела между словами, знака переноса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29.11.2022 08.12.2022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4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проблемной ситуации «Что делать, если строка заканчивается, а слово не входит?», введение знака переноса, сообщение правила переноса слов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(первичное знакомство);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«Почему слова пишутся отдельно друг от друга?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Удобно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ли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читать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записанное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без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пробелов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между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словами</w:t>
            </w:r>
            <w:proofErr w:type="spellEnd"/>
            <w:proofErr w:type="gram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?»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https://infourok.ru/urok-pisma-v-1-klasse-po-teme-pismo-bukv-bukvosochetanij-slogov-slov-predlozhenij-s-soblyudeniem-gigienicheskih-norm-ponimanie-f-4664986.html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5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273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Знакомство с правилами правописания и их применением: раздельное написание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09.12.2022 16.12.2022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 соблюдением пробелов между словами;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употребления заглавной буквы;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https://kopilkaurokov.ru/nachalniyeKlassi/</w:t>
            </w:r>
          </w:p>
        </w:tc>
      </w:tr>
      <w:tr w:rsidR="00AC6DC2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применением: обозначение гласных после шипящих в сочетаниях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ши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ударением)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19.12.2022 23.12.2022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, с соблюдением пробелов между словами;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AC6DC2">
        <w:trPr>
          <w:trHeight w:hRule="exact" w:val="361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применением: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а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26.12.2022 29.12.2022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Совместный анализ текста на наличие в нём слов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буквосо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четаниями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выписывание из текста слов с буквосочетания​ 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ши; 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 соблюдением пробелов между словами;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 заглавной буквы;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https://licey.net/free/4-russkii_yazyk/75-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russkii_yazyk_v_nachalnoi_shkole/stages/4494-pravopisanie_bukvosochetanii_zhi_shi.html</w:t>
            </w:r>
          </w:p>
        </w:tc>
      </w:tr>
      <w:tr w:rsidR="00AC6DC2">
        <w:trPr>
          <w:trHeight w:hRule="exact" w:val="109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прописная буква в начале предложения, в именах собственных (имена людей, клички животных)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09.01.2023 20.01.2023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https://nsportal.ru/nachalnaya-shkola/russkii-yazyk/2022/02/08/prezentatsiya-po-russkomu-yazyku-po-teme-zaglavnaya-bukva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8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265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3.9.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перенос слов по слогам без стечения согласных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23.01.2023 30.01.2023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предложения,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составленного из набора слов,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правильным оформлением начала и конца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с соблюдением пробелов между словами;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 заглавной буквы;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4047130.html</w:t>
            </w:r>
          </w:p>
        </w:tc>
      </w:tr>
      <w:tr w:rsidR="00AC6DC2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3.10.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применением: знаки препинания в конце предложения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31.01.2023 06.02.2023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Комментированная запись предложений с обязательным объяснением случаев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употребления заглавной буквы;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«Кто больше»: подбор и запись имён собственных на заданную букву;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работа: списывание и запись под диктовку с применением изученных правил;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https://infourok.ru/prezentaciya-po-russkomu-yazyku-na-temu-perenos-slov-1-klass-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4047130.html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40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СИСТЕМАТИЧЕСКИЙ КУРС</w:t>
            </w:r>
          </w:p>
        </w:tc>
      </w:tr>
      <w:tr w:rsidR="00AC6DC2" w:rsidRPr="005A2CBF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1.</w:t>
            </w:r>
            <w:r w:rsidRPr="00D53121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Общие сведения о языке</w:t>
            </w:r>
          </w:p>
        </w:tc>
      </w:tr>
      <w:tr w:rsidR="00AC6DC2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Язык как основное средство человеческого общения. Осознание целей и ситуаций общения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Рассказ учителя на тему «Язык — средство общения людей»;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«Можно ли общаться без помощи языка?»;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формулирование вывода о языке как основном средстве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человеческого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 и текстом как основа анализа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особенно​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стей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ситуаций устного и письменного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https://nsportal.ru/sites/default/files/2022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Фонетика</w:t>
            </w:r>
            <w:proofErr w:type="spellEnd"/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324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Звуки речи. Гласные и согласные звуки, их различение. Ударение в слове. Гласные ударные и безударные.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Твёрдые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мягкие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согласные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звуки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их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различение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08.02.2023 09.02.2023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 «Что мы знаем о звуках русского языка», в ходе которой актуализируются знания, приобретённые в период обучения грамоте;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«Назови звук»: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ведущий кидает мяч и просит привести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 звука (гласного звука; твёрдого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согласного; мягкого согласного; звонкого согласного; глухого согласного);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«Придумай слово с заданным звуком»;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 основания для сравнения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звуков;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характеризовать (устно) звуки по заданным признакам;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https://nsportal.ru/shkola/russkiy-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yazyk/library/2016/03/29/prezentatsiya-na-temu-povtoryaem-fonetiku</w:t>
            </w:r>
          </w:p>
        </w:tc>
      </w:tr>
      <w:tr w:rsidR="00AC6DC2">
        <w:trPr>
          <w:trHeight w:hRule="exact" w:val="130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288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Звонкие и глухие согласные звуки, их различение. Согласный звук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 [й’]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 гласный звук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[и]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Шипящие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</w:rPr>
              <w:t>[ж], [ш], [ч’], [щ’]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10.02.2023 13.02.2023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характеризовать (устно) звуки по заданным признакам;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звуков»;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стике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https://nsportal.ru/nachalnaya-shkola/russkii-yazyk/2017/02/17/zvonkie-i-gluhie-soglasnye-zvuki-1-klass</w:t>
            </w:r>
          </w:p>
        </w:tc>
      </w:tr>
      <w:tr w:rsidR="00AC6DC2">
        <w:trPr>
          <w:trHeight w:hRule="exact" w:val="34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Слог. Определение количества слогов в слове. Ударный слог. Деление слов на слоги (простые случаи, без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стечения согласных)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 «Объясняем особенности гласных и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соглас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звуков»;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Игра «Отгадай звук» (определение звука по его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стике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соотнесение звука (выбирая из ряда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 и его качественной характеристики;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парах: группировка звуков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заданному основанию;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оценивание правильности предложенной характеристики звука,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нахож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дение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допущенных при характеристике ошибок; Дидактическая игра «Детективы», в ходе игры нужно в ряду предложенных слов находить слова с заданными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характеристиками звукового состава;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prezentatsiya-delenie-slov-na-slogi</w:t>
            </w:r>
            <w:proofErr w:type="spellEnd"/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Графика</w:t>
            </w:r>
            <w:proofErr w:type="spellEnd"/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13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 и буква. Различение звуков и букв. Обозначение на письме твёрдости согласных звуков буквами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а, о, у, ы, э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слова с буквой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э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Обозначение на письме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мягкости согласных звуков буквами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е, ё, ю, я, 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. Функции букв </w:t>
            </w:r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е, ё, ю, я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 Мягкий знак как показатель мягкости предшествующего согласного звука в конце слова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​буквенный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состав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1—2 слов 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​бук​венной модели; Учебный диалог «Сравниваем звуковой и буквенный состав слов», в ходе диалога формулируются выводы о возможных соотношениях звукового и буквенного состава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меньше количества букв, количество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 больше количества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определение количества слогов в слове,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нение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основания для деления слов на слоги;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https://nsportal.ru/nachalnaya-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shkola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chtenie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/2015/10/09/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prezentatsiya-delenie</w:t>
            </w:r>
            <w:proofErr w:type="spellEnd"/>
          </w:p>
        </w:tc>
      </w:tr>
      <w:tr w:rsidR="00AC6DC2">
        <w:trPr>
          <w:trHeight w:hRule="exact" w:val="43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соотношения звукового и буквенного состава слова в словах типа стол, конь.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Моделировать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​буквенный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состав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подбор 1—2 слов к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предложенной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звуко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​бук​венной модели; Учебный диалог «Сравниваем звуковой и буквенный состав слов», в ходе диалога формулируются выводы о возможных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соотношениях звукового и буквенного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состава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таблицей: заполнение таблицы примерами слов с разным соотношением количества звуков и букв для каждой из трёх колонок: количество звуков равно количеству букв, количество звуков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меньше количества букв, количество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звуков больше количества букв;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определение количества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слогов в слове,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объяс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нение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основания для деления слов на слоги;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парах: нахождение в тексте слов с заданными характеристиками звукового и слогового состава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https://nsportal.ru/sites/default/files/2020/05</w:t>
            </w:r>
          </w:p>
        </w:tc>
      </w:tr>
      <w:tr w:rsidR="00AC6DC2">
        <w:trPr>
          <w:trHeight w:hRule="exact" w:val="226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Использование небуквенных графических средств: пробела между словами, знака переноса.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нахождение в тексте слов по заданным основаниям (ь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обозначает мягкость предшествующего согласного);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Игровое упражнение «Кто лучше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расскажет о слове», в ходе выполнения упражнения отрабатывается умение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строить устное речевое высказывание об обозначении звуков буква​ми; о звуковом и буквенном составе слова;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​соревнование «Повтори алфавит»;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73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7" w:lineRule="auto"/>
              <w:ind w:left="72" w:right="144"/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Русский алфавит: правильное название букв, знание их последовательности.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Использование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алфавита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для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упорядочения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списка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слов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24.02.2023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7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​соревнование «Повтори алфавит»; Совместное выполнение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упражнения«Запиши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слова по алфавиту»;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Лексика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морфология</w:t>
            </w:r>
            <w:proofErr w:type="spellEnd"/>
          </w:p>
        </w:tc>
      </w:tr>
      <w:tr w:rsidR="00AC6DC2">
        <w:trPr>
          <w:trHeight w:hRule="exact" w:val="92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Слово как единица языка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27.02.2023 28.02.2023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диалог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«На какие вопросы могут отвечать слова?»;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Наблюдение за словами, отвечающими на вопросы «кто?», «что?»;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30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Слово как название предмета, признака предмета, действия предмета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01.03.2023 02.03.2023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Совместное выполнение группировки слов по заданному признаку: отвечают 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«что?» / отвечают на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 Наблюдение за словами, отвечающими на вопросы «какой?», «какая?», «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какое?»,«какие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нахождение в тексте слов по заданным основаниям, например поиск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отвечающих на вопрос «какая?»;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делать?», «что сделать?»;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169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Выявление слов, значение которых требует уточнения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03.03.2023 06.03.2023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отвечающими на вопросы «что делать?», «что сделать?»; Работа в парах: отработка умения задавать к приведённым словам вопросы «что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делать?», «что сделать?»;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группах: нахождение в тексте слов по заданному основанию, например слов, отвечающих на вопрос «что делает?»;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5.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Синтаксис</w:t>
            </w:r>
            <w:proofErr w:type="spellEnd"/>
          </w:p>
        </w:tc>
      </w:tr>
      <w:tr w:rsidR="00AC6DC2">
        <w:trPr>
          <w:trHeight w:hRule="exact" w:val="167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Предложение как единица языка (ознакомление). Слово, предложение (наблюдение над сходством и различием).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07.03.2023 08.03.2023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со схемой предложения: умение читать схему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жения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преобразовывать информацию,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полученную из схемы: составлять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предложения, соответствующие схеме, с учётом знаков препинания в конце схемы; Совместная работа: составление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предложения из набора слов;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90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150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связи слов в предложении при помощи смысловых вопросов.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восстановление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предложения в процессе выбора нужной формы слова, данного в скобках;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сюжетными картинками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111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Восстановление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деформированных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предложений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10.03.2023 13.03.2023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деление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деформированного текста на предложения, корректировка оформления предложений, списывание с учётом правильного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оформления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​ний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9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предложений из набора форм слов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сюжетными картинками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небольшим текстом: выбор фрагментов текста, которые могут быть подписями под каждой из картинок;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6.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Орфография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пунктуация</w:t>
            </w:r>
            <w:proofErr w:type="spellEnd"/>
          </w:p>
        </w:tc>
      </w:tr>
      <w:tr w:rsidR="00AC6DC2">
        <w:trPr>
          <w:trHeight w:hRule="exact" w:val="640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Ознакомление с правилами правописания и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применение: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раздельное написание слов в предложении;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 прописная буква в начале предложения и в именах собственных: в именах и фамилиях людей, кличках животных;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перенос слов (без учёта морфемного членения слова);- гласные после шипящих в сочетаниях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, ши</w:t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(в положении под ударением),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сочетания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b/>
                <w:i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- слова с непроверяемыми гласными и согласными (перечень слов в орфографическом словаре учебника);- знаки препинания в конце предложения: точка,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вопросительный и восклицательный знаки.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25618D" w:rsidRDefault="00341251">
            <w:pPr>
              <w:autoSpaceDE w:val="0"/>
              <w:autoSpaceDN w:val="0"/>
              <w:spacing w:before="78" w:after="0" w:line="230" w:lineRule="auto"/>
              <w:ind w:left="6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15.03.2023 24.03.2023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словами, сходными по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звучанию, но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различ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​ными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по написанию, установление причин возможной ошибки при записи этих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выявление места в слове, где можно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допустить ошибку;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Беседа, актуализирующая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последовательность действий при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списывании;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Орфографический тренинг правильности и аккуратности списывания;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написанием 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предложенных текстах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ственных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имён существительных, формулирование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выводов, соотнесение сделанных выводов с формулировкой правила в учебнике;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Упражнение: запись предложений,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включающих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собствен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ные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имена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существительные;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Творческое задание: придумать небольшой рассказ, включив в него определённое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 собственных имён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существительных;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работа: использовать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правило правописания собственных имён при решении практических задач (выбор написания, например: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Орёл — орёл,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Снежинка — снежинка, Пушок — пушок и т. д.).;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Упражнение: выбор необходимого знака препинания в конце предложения;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работа;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32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222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Усвоение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алгоритма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списывания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текста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03.04.2023 04.04.2023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Орфографический тренинг: отработка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правописания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сочета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 ний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ща, чу,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осуществление самоконтроля при использовании правил;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написанием слов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формулирование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правила по результатам наблюдения,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вывода с текстом учебника; Орфографический тренинг: написание слов с 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http://korolevairin.ucoz.net/load/obuchenie _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gramote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/6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7.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Развитие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речи</w:t>
            </w:r>
            <w:proofErr w:type="spellEnd"/>
          </w:p>
        </w:tc>
      </w:tr>
      <w:tr w:rsidR="00AC6DC2">
        <w:trPr>
          <w:trHeight w:hRule="exact" w:val="380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7.1.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05.04.2023 06.04.2023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рисунками, на которых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изображены разные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ции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общения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(приветствие, прощание, извинение,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благодар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ность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обращение с просьбой), устное обсуждение этих ситуаций, выбор соответствующих каждой ситуации слов речевого этикета;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диалог, в ходе которого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обсуждаются ситуации общения, в которых выражается просьба, обосновывается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 слов речевого этикета,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соответствующих ситуации выражения просьбы;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вежливого отказа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зованием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опорных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ситуации выражения просьбы, извинения, вежливого отказа;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https://multiurok.ru/files/prezentatsiia-k-uroku-obucheniia-gramote-1-klass-r.html</w:t>
            </w:r>
          </w:p>
        </w:tc>
      </w:tr>
      <w:tr w:rsidR="00AC6DC2">
        <w:trPr>
          <w:trHeight w:hRule="exact" w:val="225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7.2.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 как единица речи (ознакомление).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07.04.2023 10.04.2023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выражения просьбы, извинения, вежливого отказа;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https://multiurok.ru/files/p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rezentatsiia-k-uroku-obucheniia-gramote-1-klass-r.html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116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046"/>
        <w:gridCol w:w="530"/>
        <w:gridCol w:w="1104"/>
        <w:gridCol w:w="1140"/>
        <w:gridCol w:w="864"/>
        <w:gridCol w:w="3086"/>
        <w:gridCol w:w="1082"/>
        <w:gridCol w:w="3182"/>
      </w:tblGrid>
      <w:tr w:rsidR="00AC6DC2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7.3.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Осознание ситуации общения: с какой целью, с кем и где происходит общение.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11.04.2023 13.04.2023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вежливого отказа с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исполь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зованием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опорных слов;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Разыгрывание сценок, отражающих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выражения просьбы, извинения, вежливого отказа;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ситуациям общения;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obschenii-2919316.html</w:t>
            </w:r>
          </w:p>
        </w:tc>
      </w:tr>
      <w:tr w:rsidR="00AC6DC2">
        <w:trPr>
          <w:trHeight w:hRule="exact" w:val="246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7.4.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устного общения (чтение диалогов по ролям, просмотр видеоматериалов, прослушивание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аудиозаписи).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14.04.2023 17.04.2023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 речевой ситуации,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содержащей извинение, анализ данной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выбор адекватных средств </w:t>
            </w:r>
            <w:r w:rsidRPr="00D53121">
              <w:rPr>
                <w:lang w:val="ru-RU"/>
              </w:rPr>
              <w:br/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выраже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ния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извинения;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Комментированное выполнение задания: выбор из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предло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женного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набора этикетных слов, соответствующих заданным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ситуациям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Творческое задание: придумать ситуации общения, в кото​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могут быть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употреблены предложенные этикетные слова;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https://infourok.ru/prezentaciya-po-russkomu-yaziku-na-temu-situaciya-obscheniya-celi-v-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obschenii-2919316.html</w:t>
            </w:r>
          </w:p>
        </w:tc>
      </w:tr>
      <w:tr w:rsidR="00AC6DC2">
        <w:trPr>
          <w:trHeight w:hRule="exact" w:val="28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7.5.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18.04.2023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Творческое задание: придумать ситуации общения, 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кото​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рых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могут быть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употреблены предложенные этикетные слова;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оценивание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дидактического текста с точки зрения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наличия/отсутствия необходимых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элементов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речево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го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этикета в описанных в тексте ситуациях общения;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группах: оценивание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предложенных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юмористиче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​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ских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стихотворений с точки зрения соблюдения героями стихотворений правил речевого этикета;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опрос;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50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https://infourok.ru/prezentaciy a-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po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russkomu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yaziku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temu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situaciya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obscheniya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celi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-v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-obschenii-2919316.html</w:t>
            </w:r>
          </w:p>
        </w:tc>
      </w:tr>
      <w:tr w:rsidR="00AC6DC2">
        <w:trPr>
          <w:trHeight w:hRule="exact" w:val="34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Итого по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494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время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</w:t>
            </w:r>
          </w:p>
        </w:tc>
        <w:tc>
          <w:tcPr>
            <w:tcW w:w="10458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  <w:tr w:rsidR="00AC6DC2">
        <w:trPr>
          <w:trHeight w:hRule="exact" w:val="328"/>
        </w:trPr>
        <w:tc>
          <w:tcPr>
            <w:tcW w:w="4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25618D" w:rsidRDefault="0025618D">
            <w:pPr>
              <w:autoSpaceDE w:val="0"/>
              <w:autoSpaceDN w:val="0"/>
              <w:spacing w:before="76" w:after="0" w:line="233" w:lineRule="auto"/>
              <w:ind w:left="6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8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/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6840" w:h="11900"/>
          <w:pgMar w:top="284" w:right="640" w:bottom="988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78" w:line="220" w:lineRule="exact"/>
      </w:pPr>
    </w:p>
    <w:p w:rsidR="00AC6DC2" w:rsidRDefault="007435D6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AC6DC2" w:rsidTr="0016135B">
        <w:trPr>
          <w:trHeight w:hRule="exact" w:val="828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3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  <w:tc>
          <w:tcPr>
            <w:tcW w:w="1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6DC2" w:rsidRDefault="00AC6DC2"/>
        </w:tc>
      </w:tr>
      <w:tr w:rsidR="00AC6DC2" w:rsidTr="00617520">
        <w:trPr>
          <w:trHeight w:hRule="exact" w:val="14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Работа с серией </w:t>
            </w:r>
            <w:proofErr w:type="gramStart"/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сюжетных</w:t>
            </w:r>
            <w:proofErr w:type="gramEnd"/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C6DC2" w:rsidRP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картинок. Пропись.</w:t>
            </w:r>
          </w:p>
          <w:p w:rsid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Ориентировка на странице </w:t>
            </w:r>
          </w:p>
          <w:p w:rsidR="00AC6DC2" w:rsidRPr="00D53121" w:rsidRDefault="0016135B" w:rsidP="0016135B">
            <w:pPr>
              <w:pStyle w:val="a9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AC6DC2" w:rsidP="00D53121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AC6DC2" w:rsidTr="00BD566C">
        <w:trPr>
          <w:trHeight w:hRule="exact" w:val="228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рассказов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(устно) по собствен</w:t>
            </w:r>
            <w:r w:rsidR="00B53483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наблюдениям, по сюжетным</w:t>
            </w:r>
          </w:p>
          <w:p w:rsidR="00AC6DC2" w:rsidRPr="0016135B" w:rsidRDefault="007435D6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картинкам на разные темы.</w:t>
            </w:r>
          </w:p>
          <w:p w:rsid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Отработка алгоритма </w:t>
            </w:r>
          </w:p>
          <w:p w:rsid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действий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странице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AC6DC2" w:rsidRPr="0016135B" w:rsidRDefault="0016135B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435D6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прописей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AC6DC2" w:rsidTr="00BD566C">
        <w:trPr>
          <w:trHeight w:hRule="exact" w:val="24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81" w:lineRule="auto"/>
              <w:ind w:left="72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наблюдениям, по сюжетным картинкам на разные темы.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Проведение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параллельных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линий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AC6DC2" w:rsidTr="00BD566C">
        <w:trPr>
          <w:trHeight w:hRule="exact" w:val="24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:rsidR="00AC6DC2" w:rsidRDefault="007435D6">
            <w:pPr>
              <w:autoSpaceDE w:val="0"/>
              <w:autoSpaceDN w:val="0"/>
              <w:spacing w:before="70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Горизонтальные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вертикальные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AA7974" w:rsidRDefault="00AC6DC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AC6DC2" w:rsidTr="00BD566C">
        <w:trPr>
          <w:trHeight w:hRule="exact" w:val="109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81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Наклонные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прямые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линии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BD566C">
        <w:trPr>
          <w:trHeight w:hRule="exact" w:val="123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17520" w:rsidRDefault="00617520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6135B" w:rsidRDefault="00617520" w:rsidP="0016135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135B"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Наклонные и волнистые</w:t>
            </w:r>
          </w:p>
          <w:p w:rsidR="0016135B" w:rsidRPr="0016135B" w:rsidRDefault="0016135B" w:rsidP="0016135B">
            <w:pPr>
              <w:pStyle w:val="a9"/>
              <w:rPr>
                <w:lang w:val="ru-RU"/>
              </w:rPr>
            </w:pPr>
            <w:r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6135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BD566C">
        <w:trPr>
          <w:trHeight w:hRule="exact" w:val="123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полуовалов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98" w:right="650" w:bottom="98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6135B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Составление рассказов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(устно) по собственным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наблюдениям, по сюжетным картинкам на разные темы.</w:t>
            </w:r>
          </w:p>
          <w:p w:rsidR="0016135B" w:rsidRDefault="0016135B" w:rsidP="0016135B">
            <w:pPr>
              <w:autoSpaceDE w:val="0"/>
              <w:autoSpaceDN w:val="0"/>
              <w:spacing w:before="72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овалов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11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Выполнение графического задания при работе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рисунками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AA7974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71" w:lineRule="auto"/>
              <w:ind w:left="72"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Различение слова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предложения. Линии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сложной конфигурации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9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11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А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85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11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зрительного образа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О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о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85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11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100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867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ы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Дифференциация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зрительного образа букв ы-и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Tr="0016135B">
        <w:trPr>
          <w:trHeight w:hRule="exact" w:val="10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зрительного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образа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у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16135B" w:rsidTr="0016135B">
        <w:trPr>
          <w:trHeight w:hRule="exact" w:val="98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Н, н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к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т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RPr="002221AE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BC2F49" w:rsidRDefault="00BC2F49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Письмо</w:t>
            </w:r>
            <w:r w:rsidRPr="00827A3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слов</w:t>
            </w:r>
            <w:r w:rsidRPr="00827A3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827A3D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предложений</w:t>
            </w:r>
            <w:r w:rsidRPr="00827A3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827A3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изученными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RPr="00827A3D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Л, л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р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16135B" w:rsidRPr="002221AE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BC2F49" w:rsidRDefault="00BC2F49" w:rsidP="00BC2F49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Письмо</w:t>
            </w:r>
            <w:r w:rsidRPr="00827A3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слов</w:t>
            </w:r>
            <w:r w:rsidRPr="00827A3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827A3D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предложений</w:t>
            </w:r>
            <w:r w:rsidRPr="00827A3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827A3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изученными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827A3D" w:rsidRDefault="00FF0D4A" w:rsidP="0016135B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 w:rsidRPr="00827A3D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  <w:r w:rsidR="00BC2F4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Е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16135B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BC2F49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40</w:t>
            </w:r>
            <w:r w:rsidR="0016135B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Pr="00D53121" w:rsidRDefault="0016135B" w:rsidP="0016135B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6135B" w:rsidRDefault="0016135B" w:rsidP="0016135B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sectPr w:rsidR="00AC6DC2">
          <w:pgSz w:w="11900" w:h="16840"/>
          <w:pgMar w:top="284" w:right="650" w:bottom="50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AC6DC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BC2F4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</w:t>
            </w:r>
            <w:r w:rsidR="007435D6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Pr="00D53121" w:rsidRDefault="007435D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AC6DC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AC6DC2" w:rsidRDefault="007435D6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RP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Письмо</w:t>
            </w:r>
            <w:r w:rsidRPr="00827A3D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слов</w:t>
            </w:r>
            <w:r w:rsidRPr="00827A3D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и</w:t>
            </w:r>
            <w:r w:rsidRPr="00827A3D">
              <w:rPr>
                <w:rFonts w:ascii="Times New Roman" w:hAnsi="Times New Roman" w:cs="Times New Roman"/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предложений</w:t>
            </w:r>
            <w:r w:rsidRPr="00827A3D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ru-RU"/>
              </w:rPr>
              <w:t xml:space="preserve">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с</w:t>
            </w:r>
            <w:r w:rsidRPr="00827A3D">
              <w:rPr>
                <w:rFonts w:ascii="Times New Roman" w:hAnsi="Times New Roman" w:cs="Times New Roman"/>
                <w:spacing w:val="-7"/>
                <w:w w:val="105"/>
                <w:sz w:val="24"/>
                <w:szCs w:val="24"/>
                <w:lang w:val="ru-RU"/>
              </w:rPr>
              <w:t xml:space="preserve"> изученными </w:t>
            </w:r>
            <w:r w:rsidRPr="00827A3D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7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жений</w:t>
            </w:r>
            <w:proofErr w:type="spellEnd"/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 буквами М,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С, с -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з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п - Б, б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11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Списывание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Д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т - Д, д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77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7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Я,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ция букв а - я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Pr="002221AE" w:rsidRDefault="00AC6DC2">
      <w:pPr>
        <w:rPr>
          <w:lang w:val="ru-RU"/>
        </w:rPr>
        <w:sectPr w:rsidR="00AC6DC2" w:rsidRPr="002221AE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К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к - Г, г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Ч, ч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cочетаний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ча-чу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7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буквой ь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буквы ь при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ш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67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70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71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Ж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ж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7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сочетаний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жи-ши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Ё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ё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E23E2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6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Й, й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80.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100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,х</w:t>
            </w:r>
            <w:proofErr w:type="spellEnd"/>
            <w:proofErr w:type="gram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Закрепление написания слов и предложений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строчной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заглавной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Ю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right="1008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Ц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ц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E23E2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100" w:after="0" w:line="262" w:lineRule="auto"/>
              <w:ind w:left="72" w:right="100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Э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строчной и заглавной букв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Письмо слов и предложений с буквами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7435D6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Дифференциация букв ц - ч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-щ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слов, предложений с буквами ц - ч - щ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E23E2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ща, чу-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E23E2" w:rsidTr="00FE23E2">
        <w:trPr>
          <w:trHeight w:hRule="exact" w:val="105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Pr="00D53121" w:rsidRDefault="00FE23E2" w:rsidP="00FE23E2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сочетаний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ши,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ща, чу -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E23E2" w:rsidRDefault="00FE23E2" w:rsidP="00FE23E2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3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Письмо слов и предложений с буквами Ф, ф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в - ф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буквы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ь - ъ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Написание слов, </w:t>
            </w:r>
            <w:r w:rsidRPr="00D53121">
              <w:rPr>
                <w:lang w:val="ru-RU"/>
              </w:rPr>
              <w:br/>
            </w:r>
            <w:r>
              <w:rPr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предложений с буквами ь, ъ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написания всех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 русского алфавита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11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Преобразование печатного шрифта 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  <w:p w:rsidR="00F267E5" w:rsidRDefault="00F267E5" w:rsidP="00F267E5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Списывание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Упражнения по выработке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каллиграфически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правильного письма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87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Письмо слов с сочетаниями</w:t>
            </w:r>
          </w:p>
          <w:p w:rsidR="00F267E5" w:rsidRPr="008C798F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 w:rsidTr="00FF0D4A">
        <w:trPr>
          <w:trHeight w:hRule="exact" w:val="98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86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слов 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</w:p>
          <w:p w:rsidR="00F267E5" w:rsidRPr="00D53121" w:rsidRDefault="00F267E5" w:rsidP="00F267E5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86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буквами е, ё, ю, 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Дифференциация букв о - ё, у - ю, а - я, э - е на письме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Правописание заглавной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буквы в словах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предложениях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89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108.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Работа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деформированным</w:t>
            </w:r>
            <w:proofErr w:type="spellEnd"/>
          </w:p>
          <w:p w:rsidR="00F267E5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предложением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 w:rsidTr="00F267E5">
        <w:trPr>
          <w:trHeight w:hRule="exact" w:val="7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3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написания слов, предложений с изученными буквами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01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Наша речь. Её значение в </w:t>
            </w:r>
            <w:r>
              <w:rPr>
                <w:lang w:val="ru-RU"/>
              </w:rPr>
              <w:t xml:space="preserve"> 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людей. Язык 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речь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5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267E5" w:rsidTr="00F267E5">
        <w:trPr>
          <w:trHeight w:hRule="exact" w:val="8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41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8" w:lineRule="auto"/>
              <w:ind w:left="156" w:right="288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Знаки препинания в конце предложения: точка,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осительный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восклицательный знаки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Диалог. Осознание ситуации общения: с какой целью, с кем и где происходит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общение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hanging="151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Речевой этикет: слова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приветствия,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прощания, извинения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/>
              <w:ind w:left="133" w:right="144" w:hanging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Слово, предложение.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77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 как единиц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а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языка и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речи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 и слог. Деление слова на слоги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119.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4" w:lineRule="auto"/>
              <w:ind w:left="133" w:righ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Перенос слов (простые случаи, без стечения согласных)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как название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предмета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8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left="133" w:right="57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Слова, отвечающие на </w:t>
            </w:r>
            <w:r>
              <w:rPr>
                <w:lang w:val="ru-RU"/>
              </w:rPr>
              <w:t xml:space="preserve">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вопросы "кто?", "что?"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Слово как название признака предмета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4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144" w:hanging="133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Слова, отвечающие на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вопросы "какой?", "какая?", "какое?", "какие?"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 w:rsidTr="00F267E5">
        <w:trPr>
          <w:trHeight w:hRule="exact" w:val="156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432" w:hanging="133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Речевая ситуация: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обсуждение интересов и преодоление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конфликтов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Слово как название действия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предмета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267E5" w:rsidTr="00F267E5">
        <w:trPr>
          <w:trHeight w:hRule="exact" w:val="11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144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"что делать?", "что сделать?"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127.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100" w:after="0" w:line="262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Речевой этикет: ситуация </w:t>
            </w:r>
            <w:r w:rsidRPr="00D53121">
              <w:rPr>
                <w:lang w:val="ru-RU"/>
              </w:rPr>
              <w:br/>
            </w:r>
            <w:r>
              <w:rPr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знакомства. Вежливые слова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87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128.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85053A" w:rsidRDefault="00F267E5" w:rsidP="00F267E5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, его значение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Роль слова в речи.</w:t>
            </w:r>
          </w:p>
          <w:p w:rsidR="00F267E5" w:rsidRPr="00D53121" w:rsidRDefault="00F267E5" w:rsidP="00F267E5">
            <w:pPr>
              <w:autoSpaceDE w:val="0"/>
              <w:autoSpaceDN w:val="0"/>
              <w:spacing w:before="70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Определение значения слова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Работа со словарём.</w:t>
            </w:r>
          </w:p>
          <w:p w:rsidR="00F267E5" w:rsidRPr="00D53121" w:rsidRDefault="00F267E5" w:rsidP="00F267E5">
            <w:pPr>
              <w:autoSpaceDE w:val="0"/>
              <w:autoSpaceDN w:val="0"/>
              <w:spacing w:before="70" w:after="0" w:line="262" w:lineRule="auto"/>
              <w:jc w:val="center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Уточнение значения слова с помощью толкового словаря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0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288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Речевая ситуация: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использование интонации при общении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99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proofErr w:type="spellStart"/>
            <w:r w:rsidRPr="00C82728">
              <w:rPr>
                <w:rFonts w:ascii="Times New Roman" w:hAnsi="Times New Roman" w:cs="Times New Roman"/>
                <w:sz w:val="24"/>
                <w:szCs w:val="24"/>
              </w:rPr>
              <w:t>Восстановление</w:t>
            </w:r>
            <w:proofErr w:type="spellEnd"/>
            <w:r w:rsidRPr="00C827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267E5" w:rsidRDefault="00F267E5" w:rsidP="00F267E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82728">
              <w:rPr>
                <w:rFonts w:ascii="Times New Roman" w:hAnsi="Times New Roman" w:cs="Times New Roman"/>
                <w:sz w:val="24"/>
                <w:szCs w:val="24"/>
              </w:rPr>
              <w:t>деформ</w:t>
            </w:r>
            <w:r w:rsidRPr="00C827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ирова</w:t>
            </w:r>
            <w:r w:rsidRPr="00C82728">
              <w:rPr>
                <w:rFonts w:ascii="Times New Roman" w:hAnsi="Times New Roman" w:cs="Times New Roman"/>
                <w:sz w:val="24"/>
                <w:szCs w:val="24"/>
              </w:rPr>
              <w:t>нных</w:t>
            </w:r>
            <w:proofErr w:type="spellEnd"/>
            <w:r w:rsidRPr="00C827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267E5" w:rsidRPr="0085053A" w:rsidRDefault="00F267E5" w:rsidP="00F267E5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82728">
              <w:rPr>
                <w:rFonts w:ascii="Times New Roman" w:hAnsi="Times New Roman" w:cs="Times New Roman"/>
                <w:sz w:val="24"/>
                <w:szCs w:val="24"/>
              </w:rPr>
              <w:t>предложений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работа;</w:t>
            </w:r>
          </w:p>
        </w:tc>
      </w:tr>
      <w:tr w:rsidR="00F267E5" w:rsidTr="00F267E5">
        <w:trPr>
          <w:trHeight w:hRule="exact" w:val="83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85053A" w:rsidRDefault="00F267E5" w:rsidP="00F267E5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текста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 w:rsidTr="00F267E5">
        <w:trPr>
          <w:trHeight w:hRule="exact" w:val="143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85053A" w:rsidRDefault="00F267E5" w:rsidP="00F267E5">
            <w:pPr>
              <w:autoSpaceDE w:val="0"/>
              <w:autoSpaceDN w:val="0"/>
              <w:spacing w:before="100" w:after="0"/>
              <w:ind w:left="133" w:right="5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Звуки речи. Гласные и согласные звуки,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различение.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дарение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136.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85053A" w:rsidRDefault="00F267E5" w:rsidP="00F267E5">
            <w:pPr>
              <w:tabs>
                <w:tab w:val="left" w:pos="133"/>
              </w:tabs>
              <w:autoSpaceDE w:val="0"/>
              <w:autoSpaceDN w:val="0"/>
              <w:spacing w:before="98" w:after="0" w:line="262" w:lineRule="auto"/>
              <w:ind w:right="100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Гласные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ударные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безударные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81" w:lineRule="auto"/>
              <w:ind w:left="133" w:hanging="133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Наблюдение над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единообразным написанием буквы безударного гласного звука в одинаковой части (корне) однокоренных слов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7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138.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/>
              <w:ind w:left="156" w:right="144" w:hanging="156"/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Написание непроверяемой буквы безударного гласного звука в словах.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Работа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орфографическим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словарём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22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139.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Твёрдые и мягкие согласные звуки и буквы их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обозначающие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6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267E5" w:rsidTr="00F267E5">
        <w:trPr>
          <w:trHeight w:hRule="exact" w:val="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140.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85053A" w:rsidRDefault="00F267E5" w:rsidP="00F267E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Буквы е, ё, ю, я в слове.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Их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00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141.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F267E5" w:rsidRDefault="00F267E5" w:rsidP="00F267E5">
            <w:pPr>
              <w:tabs>
                <w:tab w:val="left" w:pos="133"/>
              </w:tabs>
              <w:autoSpaceDE w:val="0"/>
              <w:autoSpaceDN w:val="0"/>
              <w:spacing w:before="98" w:after="0" w:line="262" w:lineRule="auto"/>
              <w:ind w:left="-9"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Буква Ь как показатель </w:t>
            </w:r>
            <w:r w:rsidRPr="00D53121">
              <w:rPr>
                <w:lang w:val="ru-RU"/>
              </w:rPr>
              <w:br/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мягкости согласного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звука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Согласные звуки и буквы, обозначающие согласные звуки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/>
              <w:ind w:left="156" w:right="144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Звонкие и глухие согласные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звуки, их различение.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Согласный звук [й'] 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гласный звук [и]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/>
              <w:ind w:left="133" w:right="288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Парные и непарные по глухости-звонкости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согласные звуки на конце слов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Правописание слов с буквой парного по глухост</w:t>
            </w:r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и-</w:t>
            </w:r>
            <w:proofErr w:type="gramEnd"/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звонкости на конце слова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267E5">
        <w:trPr>
          <w:trHeight w:hRule="exact" w:val="114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Речевая ситуация: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поздравление и вручение подарка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84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100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Шипящие согласные звуки [ж], [ш], [ч'], [щ']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84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tabs>
                <w:tab w:val="left" w:pos="133"/>
              </w:tabs>
              <w:autoSpaceDE w:val="0"/>
              <w:autoSpaceDN w:val="0"/>
              <w:spacing w:before="98" w:after="0" w:line="262" w:lineRule="auto"/>
              <w:ind w:right="31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Правило правописания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чк-чн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FF0D4A">
        <w:trPr>
          <w:trHeight w:hRule="exact" w:val="1142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149. 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176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Орфоэпические нормы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произношения слов с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сочетаниями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F267E5" w:rsidTr="00863DB4">
        <w:trPr>
          <w:trHeight w:hRule="exact" w:val="77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Речевая ситуация: уточнение значения незнакомых слов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267E5" w:rsidTr="00307CD7">
        <w:trPr>
          <w:trHeight w:hRule="exact" w:val="11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Pr="00D53121" w:rsidRDefault="00F267E5" w:rsidP="00F267E5">
            <w:pPr>
              <w:autoSpaceDE w:val="0"/>
              <w:autoSpaceDN w:val="0"/>
              <w:spacing w:before="98" w:after="0" w:line="271" w:lineRule="auto"/>
              <w:ind w:left="133" w:right="144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Отработка правил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правописания сочетаний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-ща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чу-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-ши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267E5" w:rsidRDefault="00F267E5" w:rsidP="00F267E5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FF0D4A" w:rsidTr="00FF0D4A">
        <w:trPr>
          <w:trHeight w:hRule="exact" w:val="106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152.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Pr="00D53121" w:rsidRDefault="00FF0D4A" w:rsidP="00FF0D4A">
            <w:pPr>
              <w:autoSpaceDE w:val="0"/>
              <w:autoSpaceDN w:val="0"/>
              <w:spacing w:before="98" w:after="0" w:line="271" w:lineRule="auto"/>
              <w:ind w:left="133" w:right="144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правил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правописания сочетаний </w:t>
            </w:r>
            <w:proofErr w:type="spellStart"/>
            <w:proofErr w:type="gram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-ща</w:t>
            </w:r>
            <w:proofErr w:type="gram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чу-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-ши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работа;</w:t>
            </w:r>
          </w:p>
        </w:tc>
      </w:tr>
      <w:tr w:rsidR="00FF0D4A" w:rsidTr="00FF0D4A">
        <w:trPr>
          <w:trHeight w:hRule="exact" w:val="185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pStyle w:val="a9"/>
              <w:tabs>
                <w:tab w:val="left" w:pos="13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Русский алфавит: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правильное название букв, </w:t>
            </w:r>
          </w:p>
          <w:p w:rsidR="00FF0D4A" w:rsidRPr="00307CD7" w:rsidRDefault="00FF0D4A" w:rsidP="00FF0D4A">
            <w:pPr>
              <w:pStyle w:val="a9"/>
              <w:tabs>
                <w:tab w:val="left" w:pos="13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знание их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последовательности.</w:t>
            </w:r>
          </w:p>
          <w:p w:rsidR="00FF0D4A" w:rsidRDefault="00FF0D4A" w:rsidP="00FF0D4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Использование алфавита для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FF0D4A" w:rsidRPr="00D53121" w:rsidRDefault="00FF0D4A" w:rsidP="00FF0D4A">
            <w:pPr>
              <w:pStyle w:val="a9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C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работы со словарём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F0D4A" w:rsidRDefault="00FF0D4A" w:rsidP="00FF0D4A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работа;</w:t>
            </w:r>
          </w:p>
        </w:tc>
      </w:tr>
    </w:tbl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8927AA" w:rsidTr="008927A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154.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100" w:after="0" w:line="271" w:lineRule="auto"/>
              <w:ind w:left="156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Заглавная буква в именах,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отчествах, фамилиях людей, в географических названиях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15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/>
              <w:ind w:left="133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Правило правописания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заглавной буквы в именах, отчествах, фамилиях людей, в географических названиях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8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tabs>
                <w:tab w:val="left" w:pos="133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Знакомство со словами, </w:t>
            </w:r>
            <w:r w:rsidRPr="00D53121">
              <w:rPr>
                <w:lang w:val="ru-RU"/>
              </w:rPr>
              <w:tab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близкими по значению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112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 w:line="271" w:lineRule="auto"/>
              <w:ind w:left="133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отвечающих на вопросы "кто?", "что?"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142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/>
              <w:ind w:left="133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       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слов,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отвечающих на вопросы </w:t>
            </w:r>
            <w:r w:rsidRPr="00D53121">
              <w:rPr>
                <w:lang w:val="ru-RU"/>
              </w:rPr>
              <w:br/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"какой?", "какая?", "какое?", "какие?"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 w:line="271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Повторение слов, </w:t>
            </w:r>
            <w:r w:rsidRPr="00D5312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отвечающих на вопросы </w:t>
            </w:r>
            <w:r w:rsidRPr="00D53121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"что делать?", "что сделать?"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8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Промежуточная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аттестация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927AA" w:rsidTr="008927AA">
        <w:trPr>
          <w:trHeight w:hRule="exact" w:val="124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3121">
              <w:rPr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предложения из</w:t>
            </w:r>
          </w:p>
          <w:p w:rsidR="008927AA" w:rsidRDefault="008927AA" w:rsidP="008927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набора форм слов. Работа с </w:t>
            </w:r>
          </w:p>
          <w:p w:rsidR="008927AA" w:rsidRPr="008C798F" w:rsidRDefault="008927AA" w:rsidP="008927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деформированными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предложениями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8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Повторение знаний о тексте и предложении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72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163.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работа за 1 класс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Диктант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8927AA" w:rsidTr="008927AA">
        <w:trPr>
          <w:trHeight w:hRule="exact" w:val="102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164.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</w:t>
            </w:r>
            <w:proofErr w:type="gramStart"/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краткого</w:t>
            </w:r>
            <w:proofErr w:type="gramEnd"/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927AA" w:rsidRPr="008C798F" w:rsidRDefault="008927AA" w:rsidP="008927AA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рассказа по сюжетным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C79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картинкам и наблюдениям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128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165.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 w:line="271" w:lineRule="auto"/>
              <w:ind w:left="156" w:right="144" w:hanging="156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 правописания орфограмм, изученных в 1 классе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8927AA" w:rsidTr="008927AA">
        <w:trPr>
          <w:trHeight w:hRule="exact" w:val="894"/>
        </w:trPr>
        <w:tc>
          <w:tcPr>
            <w:tcW w:w="3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Pr="00D53121" w:rsidRDefault="008927AA" w:rsidP="008927AA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53121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8927AA" w:rsidRDefault="008927AA" w:rsidP="008927A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</w:t>
            </w:r>
          </w:p>
        </w:tc>
      </w:tr>
    </w:tbl>
    <w:p w:rsidR="008927AA" w:rsidRDefault="008927AA" w:rsidP="008927AA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6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66" w:line="220" w:lineRule="exact"/>
      </w:pPr>
    </w:p>
    <w:p w:rsidR="00AC6DC2" w:rsidRDefault="00AC6DC2">
      <w:pPr>
        <w:autoSpaceDE w:val="0"/>
        <w:autoSpaceDN w:val="0"/>
        <w:spacing w:after="0" w:line="14" w:lineRule="exact"/>
      </w:pPr>
    </w:p>
    <w:p w:rsidR="00AC6DC2" w:rsidRDefault="00AC6DC2">
      <w:pPr>
        <w:sectPr w:rsidR="00AC6DC2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Default="00AC6DC2">
      <w:pPr>
        <w:autoSpaceDE w:val="0"/>
        <w:autoSpaceDN w:val="0"/>
        <w:spacing w:after="78" w:line="220" w:lineRule="exact"/>
      </w:pPr>
    </w:p>
    <w:p w:rsidR="00AC6DC2" w:rsidRDefault="007435D6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AC6DC2" w:rsidRDefault="007435D6">
      <w:pPr>
        <w:autoSpaceDE w:val="0"/>
        <w:autoSpaceDN w:val="0"/>
        <w:spacing w:before="346" w:after="0" w:line="230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763855" w:rsidRPr="00763855" w:rsidRDefault="00763855">
      <w:pPr>
        <w:autoSpaceDE w:val="0"/>
        <w:autoSpaceDN w:val="0"/>
        <w:spacing w:before="346" w:after="0" w:line="230" w:lineRule="auto"/>
        <w:rPr>
          <w:lang w:val="ru-RU"/>
        </w:rPr>
      </w:pPr>
      <w:r>
        <w:rPr>
          <w:lang w:val="ru-RU"/>
        </w:rPr>
        <w:t>1. Горецкий В.Г., Федосова Н.А. Прописи (в 4 частях). 1 класс./</w:t>
      </w:r>
      <w:r w:rsidRPr="0076385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М.: Просвещение; </w:t>
      </w:r>
      <w:r w:rsidR="00FB2A0A">
        <w:rPr>
          <w:rFonts w:ascii="Times New Roman" w:eastAsia="Times New Roman" w:hAnsi="Times New Roman"/>
          <w:color w:val="000000"/>
          <w:sz w:val="24"/>
          <w:lang w:val="ru-RU"/>
        </w:rPr>
        <w:t>2022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г.;</w:t>
      </w:r>
    </w:p>
    <w:p w:rsidR="00AC6DC2" w:rsidRPr="00D53121" w:rsidRDefault="00763855" w:rsidP="00763855">
      <w:pPr>
        <w:tabs>
          <w:tab w:val="left" w:pos="10348"/>
        </w:tabs>
        <w:autoSpaceDE w:val="0"/>
        <w:autoSpaceDN w:val="0"/>
        <w:spacing w:before="166" w:after="0" w:line="286" w:lineRule="auto"/>
        <w:ind w:right="9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2</w:t>
      </w:r>
      <w:r w:rsidR="007435D6"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.Канакина В.П.; Горецкий В.Г. Русский язык. Учебник. 1 класс. /М.: Просвещение;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2015</w:t>
      </w:r>
      <w:r w:rsidR="007435D6"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г.; </w:t>
      </w:r>
      <w:r w:rsidR="007435D6" w:rsidRPr="00D53121">
        <w:rPr>
          <w:lang w:val="ru-RU"/>
        </w:rPr>
        <w:br/>
      </w:r>
      <w:r w:rsidR="007435D6"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3.Канакина В.П. Русский язык. Рабочая тетрадь.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1 класс. / М.: Просвещение; 2022</w:t>
      </w:r>
      <w:r w:rsidR="007435D6"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г.; </w:t>
      </w:r>
      <w:r w:rsidR="007435D6" w:rsidRPr="00D53121">
        <w:rPr>
          <w:lang w:val="ru-RU"/>
        </w:rPr>
        <w:br/>
      </w: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AC6DC2" w:rsidRPr="00D53121" w:rsidRDefault="007435D6">
      <w:pPr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1.Канакина В.П., Горецкий В.Г. Русский язык. Рабочие программы. 1-4 классы. / М.: Просвещение, 2011 г.</w:t>
      </w:r>
      <w:r w:rsidR="00FA0A5F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AC6DC2" w:rsidRPr="00D53121" w:rsidRDefault="007435D6">
      <w:pPr>
        <w:autoSpaceDE w:val="0"/>
        <w:autoSpaceDN w:val="0"/>
        <w:spacing w:before="70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2.Канакина В.П</w:t>
      </w:r>
      <w:r w:rsidR="00FB2A0A">
        <w:rPr>
          <w:rFonts w:ascii="Times New Roman" w:eastAsia="Times New Roman" w:hAnsi="Times New Roman"/>
          <w:color w:val="000000"/>
          <w:sz w:val="24"/>
          <w:lang w:val="ru-RU"/>
        </w:rPr>
        <w:t>. Русский язык. Раздаточный материал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r w:rsidR="00FB2A0A">
        <w:rPr>
          <w:rFonts w:ascii="Times New Roman" w:eastAsia="Times New Roman" w:hAnsi="Times New Roman"/>
          <w:color w:val="000000"/>
          <w:sz w:val="24"/>
          <w:lang w:val="ru-RU"/>
        </w:rPr>
        <w:t>1 класс. / М.: Просвещение, 2014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г.</w:t>
      </w:r>
      <w:r w:rsidR="00FA0A5F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AC6DC2" w:rsidRDefault="007435D6">
      <w:pPr>
        <w:autoSpaceDE w:val="0"/>
        <w:autoSpaceDN w:val="0"/>
        <w:spacing w:before="70" w:after="0" w:line="262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3.Ковригина Т.В. Русский язык: обучение грамоте (обучение письму), технологические карты, 1 класс / Издательство «Учитель»2013 г</w:t>
      </w:r>
      <w:r w:rsidR="00FB2A0A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 w:rsidR="00FA0A5F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FB2A0A" w:rsidRDefault="00FB2A0A">
      <w:pPr>
        <w:autoSpaceDE w:val="0"/>
        <w:autoSpaceDN w:val="0"/>
        <w:spacing w:before="70" w:after="0" w:line="262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4.Дмитриева О.И. Поурочные разработки по русскому языку. 1 класс./М.: «ВАКО» 2014г.</w:t>
      </w:r>
      <w:r w:rsidR="00FA0A5F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FB2A0A" w:rsidRDefault="00FB2A0A" w:rsidP="00FB2A0A">
      <w:pPr>
        <w:autoSpaceDE w:val="0"/>
        <w:autoSpaceDN w:val="0"/>
        <w:spacing w:before="70" w:after="0" w:line="262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5.Максимова Т.Н. Проверочные и контрольные работы по русскому языку. 1 класс /</w:t>
      </w:r>
      <w:r w:rsidRPr="00FB2A0A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М.: «ВАКО» 2014г.</w:t>
      </w:r>
      <w:r w:rsidR="00FA0A5F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FA0A5F" w:rsidRDefault="00FA0A5F" w:rsidP="00FB2A0A">
      <w:pPr>
        <w:autoSpaceDE w:val="0"/>
        <w:autoSpaceDN w:val="0"/>
        <w:spacing w:before="70" w:after="0" w:line="262" w:lineRule="auto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6.</w:t>
      </w:r>
      <w:r w:rsidRPr="00FA0A5F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Канакина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 В.П.; Горецкий В.Г. Русский язык. Учебник. 1 класс. /М.: Просвещение;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2015 г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>..</w:t>
      </w:r>
      <w:proofErr w:type="gramEnd"/>
    </w:p>
    <w:p w:rsidR="00FA0A5F" w:rsidRDefault="00FA0A5F" w:rsidP="00FB2A0A">
      <w:pPr>
        <w:autoSpaceDE w:val="0"/>
        <w:autoSpaceDN w:val="0"/>
        <w:spacing w:before="70" w:after="0" w:line="262" w:lineRule="auto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FB2A0A" w:rsidRPr="00D53121" w:rsidRDefault="00FB2A0A">
      <w:pPr>
        <w:autoSpaceDE w:val="0"/>
        <w:autoSpaceDN w:val="0"/>
        <w:spacing w:before="70" w:after="0" w:line="262" w:lineRule="auto"/>
        <w:rPr>
          <w:lang w:val="ru-RU"/>
        </w:rPr>
      </w:pP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AC6DC2" w:rsidRPr="00D53121" w:rsidRDefault="007435D6">
      <w:pPr>
        <w:autoSpaceDE w:val="0"/>
        <w:autoSpaceDN w:val="0"/>
        <w:spacing w:before="166" w:after="0" w:line="271" w:lineRule="auto"/>
        <w:ind w:right="4608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yaziku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situaciya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celi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>
        <w:rPr>
          <w:rFonts w:ascii="Times New Roman" w:eastAsia="Times New Roman" w:hAnsi="Times New Roman"/>
          <w:color w:val="000000"/>
          <w:sz w:val="24"/>
        </w:rPr>
        <w:t>v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r w:rsidRPr="00D53121">
        <w:rPr>
          <w:lang w:val="ru-RU"/>
        </w:rP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obschenii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-2919316.</w:t>
      </w:r>
      <w:r>
        <w:rPr>
          <w:rFonts w:ascii="Times New Roman" w:eastAsia="Times New Roman" w:hAnsi="Times New Roman"/>
          <w:color w:val="000000"/>
          <w:sz w:val="24"/>
        </w:rPr>
        <w:t>html</w:t>
      </w:r>
    </w:p>
    <w:p w:rsidR="00AC6DC2" w:rsidRPr="00D53121" w:rsidRDefault="007435D6">
      <w:pPr>
        <w:autoSpaceDE w:val="0"/>
        <w:autoSpaceDN w:val="0"/>
        <w:spacing w:before="406" w:after="0" w:line="262" w:lineRule="auto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ru</w:t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shkola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russkii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/2022/02/08/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prezentatsiya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russkomu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yazyku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po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teme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zaglavnaya</w:t>
      </w:r>
      <w:proofErr w:type="spellEnd"/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-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bukva</w:t>
      </w:r>
      <w:proofErr w:type="spellEnd"/>
    </w:p>
    <w:p w:rsidR="00AC6DC2" w:rsidRPr="00D53121" w:rsidRDefault="00AC6DC2">
      <w:pPr>
        <w:rPr>
          <w:lang w:val="ru-RU"/>
        </w:rPr>
        <w:sectPr w:rsidR="00AC6DC2" w:rsidRPr="00D5312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AC6DC2" w:rsidRPr="00D53121" w:rsidRDefault="00AC6DC2">
      <w:pPr>
        <w:autoSpaceDE w:val="0"/>
        <w:autoSpaceDN w:val="0"/>
        <w:spacing w:after="78" w:line="220" w:lineRule="exact"/>
        <w:rPr>
          <w:lang w:val="ru-RU"/>
        </w:rPr>
      </w:pPr>
    </w:p>
    <w:p w:rsidR="00AC6DC2" w:rsidRPr="00D53121" w:rsidRDefault="007435D6">
      <w:pPr>
        <w:autoSpaceDE w:val="0"/>
        <w:autoSpaceDN w:val="0"/>
        <w:spacing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AC6DC2" w:rsidRPr="00D53121" w:rsidRDefault="007435D6">
      <w:pPr>
        <w:autoSpaceDE w:val="0"/>
        <w:autoSpaceDN w:val="0"/>
        <w:spacing w:before="346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AC6DC2" w:rsidRPr="00D53121" w:rsidRDefault="007435D6">
      <w:pPr>
        <w:autoSpaceDE w:val="0"/>
        <w:autoSpaceDN w:val="0"/>
        <w:spacing w:before="166" w:after="0" w:line="271" w:lineRule="auto"/>
        <w:ind w:right="8928"/>
        <w:rPr>
          <w:lang w:val="ru-RU"/>
        </w:rPr>
      </w:pP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Классная доска.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 xml:space="preserve">Ноутбук. </w:t>
      </w:r>
      <w:r w:rsidRPr="00D53121">
        <w:rPr>
          <w:lang w:val="ru-RU"/>
        </w:rPr>
        <w:br/>
      </w:r>
      <w:r w:rsidRPr="00D53121">
        <w:rPr>
          <w:rFonts w:ascii="Times New Roman" w:eastAsia="Times New Roman" w:hAnsi="Times New Roman"/>
          <w:color w:val="000000"/>
          <w:sz w:val="24"/>
          <w:lang w:val="ru-RU"/>
        </w:rPr>
        <w:t>Проектор</w:t>
      </w:r>
    </w:p>
    <w:p w:rsidR="00AC6DC2" w:rsidRPr="00D53121" w:rsidRDefault="007435D6">
      <w:pPr>
        <w:autoSpaceDE w:val="0"/>
        <w:autoSpaceDN w:val="0"/>
        <w:spacing w:before="262" w:after="0" w:line="230" w:lineRule="auto"/>
        <w:rPr>
          <w:lang w:val="ru-RU"/>
        </w:rPr>
      </w:pPr>
      <w:r w:rsidRPr="00D53121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ПРАКТИЧЕСКИХ РАБОТ</w:t>
      </w:r>
    </w:p>
    <w:p w:rsidR="00AC6DC2" w:rsidRDefault="007435D6">
      <w:pPr>
        <w:autoSpaceDE w:val="0"/>
        <w:autoSpaceDN w:val="0"/>
        <w:spacing w:before="166" w:after="0" w:line="271" w:lineRule="auto"/>
        <w:ind w:right="8928"/>
      </w:pP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</w:rPr>
        <w:t>Классная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доска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 xml:space="preserve">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Ноутбук</w:t>
      </w:r>
      <w:proofErr w:type="spellEnd"/>
      <w:r>
        <w:rPr>
          <w:rFonts w:ascii="Times New Roman" w:eastAsia="Times New Roman" w:hAnsi="Times New Roman"/>
          <w:color w:val="000000"/>
          <w:sz w:val="24"/>
        </w:rPr>
        <w:t xml:space="preserve">. </w:t>
      </w:r>
      <w:r>
        <w:br/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Проектор</w:t>
      </w:r>
      <w:proofErr w:type="spellEnd"/>
    </w:p>
    <w:p w:rsidR="00AC6DC2" w:rsidRDefault="00AC6DC2">
      <w:pPr>
        <w:sectPr w:rsidR="00AC6DC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435D6" w:rsidRDefault="007435D6"/>
    <w:sectPr w:rsidR="007435D6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B47730"/>
    <w:rsid w:val="00034616"/>
    <w:rsid w:val="0006063C"/>
    <w:rsid w:val="000E27E4"/>
    <w:rsid w:val="0015074B"/>
    <w:rsid w:val="00150D80"/>
    <w:rsid w:val="0016135B"/>
    <w:rsid w:val="002221AE"/>
    <w:rsid w:val="00253D27"/>
    <w:rsid w:val="0025618D"/>
    <w:rsid w:val="0029639D"/>
    <w:rsid w:val="0030066A"/>
    <w:rsid w:val="00307CD7"/>
    <w:rsid w:val="00326F90"/>
    <w:rsid w:val="00341251"/>
    <w:rsid w:val="0042150F"/>
    <w:rsid w:val="005A2CBF"/>
    <w:rsid w:val="00617520"/>
    <w:rsid w:val="00643160"/>
    <w:rsid w:val="006B024A"/>
    <w:rsid w:val="007435D6"/>
    <w:rsid w:val="00763855"/>
    <w:rsid w:val="00827A3D"/>
    <w:rsid w:val="0085053A"/>
    <w:rsid w:val="00863DB4"/>
    <w:rsid w:val="008927AA"/>
    <w:rsid w:val="008B3C77"/>
    <w:rsid w:val="008C798F"/>
    <w:rsid w:val="009E1DE4"/>
    <w:rsid w:val="00AA1D8D"/>
    <w:rsid w:val="00AA7974"/>
    <w:rsid w:val="00AC6DC2"/>
    <w:rsid w:val="00B47730"/>
    <w:rsid w:val="00B53483"/>
    <w:rsid w:val="00BC2F49"/>
    <w:rsid w:val="00BD566C"/>
    <w:rsid w:val="00C82728"/>
    <w:rsid w:val="00CA372C"/>
    <w:rsid w:val="00CB0664"/>
    <w:rsid w:val="00D1471F"/>
    <w:rsid w:val="00D53121"/>
    <w:rsid w:val="00DB66B0"/>
    <w:rsid w:val="00EA7D31"/>
    <w:rsid w:val="00F267E5"/>
    <w:rsid w:val="00F82E84"/>
    <w:rsid w:val="00FA0A5F"/>
    <w:rsid w:val="00FB2A0A"/>
    <w:rsid w:val="00FC693F"/>
    <w:rsid w:val="00FE23E2"/>
    <w:rsid w:val="00F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5A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5A2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H5VRHAXFEW3S-1303-237</_dlc_DocId>
    <_dlc_DocIdUrl xmlns="b582dbf1-bcaa-4613-9a4c-8b7010640233">
      <Url>https://eduportal44.ru/Krasnoe/Dren/_layouts/15/DocIdRedir.aspx?ID=H5VRHAXFEW3S-1303-237</Url>
      <Description>H5VRHAXFEW3S-1303-237</Description>
    </_dlc_DocIdUrl>
  </documentManagement>
</p:properties>
</file>

<file path=customXml/itemProps1.xml><?xml version="1.0" encoding="utf-8"?>
<ds:datastoreItem xmlns:ds="http://schemas.openxmlformats.org/officeDocument/2006/customXml" ds:itemID="{256DC9A5-75C7-448E-8A47-3B5E8D5E251D}"/>
</file>

<file path=customXml/itemProps2.xml><?xml version="1.0" encoding="utf-8"?>
<ds:datastoreItem xmlns:ds="http://schemas.openxmlformats.org/officeDocument/2006/customXml" ds:itemID="{8EAEE1E1-88E6-4FD2-B34F-103754F85D94}"/>
</file>

<file path=customXml/itemProps3.xml><?xml version="1.0" encoding="utf-8"?>
<ds:datastoreItem xmlns:ds="http://schemas.openxmlformats.org/officeDocument/2006/customXml" ds:itemID="{5BB1916A-0440-49CB-ADF9-79A412F17C0B}"/>
</file>

<file path=customXml/itemProps4.xml><?xml version="1.0" encoding="utf-8"?>
<ds:datastoreItem xmlns:ds="http://schemas.openxmlformats.org/officeDocument/2006/customXml" ds:itemID="{6C9AF6B6-0E72-47CA-AD12-ADF018CC81B6}"/>
</file>

<file path=customXml/itemProps5.xml><?xml version="1.0" encoding="utf-8"?>
<ds:datastoreItem xmlns:ds="http://schemas.openxmlformats.org/officeDocument/2006/customXml" ds:itemID="{D167C476-CA05-415C-AB5C-4CB83A79EE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1</Pages>
  <Words>9745</Words>
  <Characters>55553</Characters>
  <Application>Microsoft Office Word</Application>
  <DocSecurity>0</DocSecurity>
  <Lines>462</Lines>
  <Paragraphs>130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65168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Дмитрий</cp:lastModifiedBy>
  <cp:revision>23</cp:revision>
  <cp:lastPrinted>2022-12-27T07:34:00Z</cp:lastPrinted>
  <dcterms:created xsi:type="dcterms:W3CDTF">2013-12-23T23:15:00Z</dcterms:created>
  <dcterms:modified xsi:type="dcterms:W3CDTF">2023-01-17T13:29:00Z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013b4f11-03b5-4647-8af7-6800b01d2b62</vt:lpwstr>
  </property>
</Properties>
</file>