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F37" w:rsidRDefault="00D66F37">
      <w:pPr>
        <w:autoSpaceDE w:val="0"/>
        <w:autoSpaceDN w:val="0"/>
        <w:spacing w:after="78" w:line="220" w:lineRule="exact"/>
      </w:pPr>
    </w:p>
    <w:p w:rsidR="004D1F64" w:rsidRDefault="004D1F64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6238875" cy="8777288"/>
            <wp:effectExtent l="0" t="0" r="0" b="5080"/>
            <wp:docPr id="1" name="Рисунок 1" descr="D:\сайт\17.01\сотникова\Скан_202301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17.01\сотникова\Скан_2023011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t="2020"/>
                    <a:stretch/>
                  </pic:blipFill>
                  <pic:spPr bwMode="auto">
                    <a:xfrm>
                      <a:off x="0" y="0"/>
                      <a:ext cx="6240091" cy="877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F64" w:rsidRDefault="004D1F64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D1F64" w:rsidRDefault="004D1F64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bookmarkStart w:id="0" w:name="_GoBack"/>
      <w:bookmarkEnd w:id="0"/>
    </w:p>
    <w:p w:rsidR="004D1F64" w:rsidRDefault="004D1F64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D1F64" w:rsidRDefault="004D1F64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D1F64" w:rsidRDefault="004D1F64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D1F64" w:rsidRDefault="004D1F64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D1F64" w:rsidRDefault="004D1F64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D1F64" w:rsidRDefault="004D1F64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D1F64" w:rsidRDefault="004D1F64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D66F37" w:rsidRPr="00CD1E29" w:rsidRDefault="00106105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>МИНИСТЕРСТВО ПРОСВЕЩЕНИЯ РОССИЙСКОЙ ФЕДЕРАЦИИ</w:t>
      </w:r>
    </w:p>
    <w:p w:rsidR="00D66F37" w:rsidRPr="00CD1E29" w:rsidRDefault="00106105">
      <w:pPr>
        <w:autoSpaceDE w:val="0"/>
        <w:autoSpaceDN w:val="0"/>
        <w:spacing w:before="670" w:after="0" w:line="230" w:lineRule="auto"/>
        <w:jc w:val="center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Департамента образования и науки Костромской области</w:t>
      </w:r>
    </w:p>
    <w:p w:rsidR="00D66F37" w:rsidRPr="00CD1E29" w:rsidRDefault="00106105">
      <w:pPr>
        <w:autoSpaceDE w:val="0"/>
        <w:autoSpaceDN w:val="0"/>
        <w:spacing w:before="670" w:after="0" w:line="230" w:lineRule="auto"/>
        <w:jc w:val="center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Отдел образования администрации Красносельского муниципального района Костромской области</w:t>
      </w:r>
    </w:p>
    <w:p w:rsidR="00D66F37" w:rsidRPr="00CD1E29" w:rsidRDefault="00CD1E29">
      <w:pPr>
        <w:autoSpaceDE w:val="0"/>
        <w:autoSpaceDN w:val="0"/>
        <w:spacing w:before="670" w:after="1436" w:line="230" w:lineRule="auto"/>
        <w:jc w:val="center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МБ</w:t>
      </w:r>
      <w:r w:rsidR="00106105" w:rsidRPr="00CD1E29">
        <w:rPr>
          <w:rFonts w:ascii="Times New Roman" w:eastAsia="Times New Roman" w:hAnsi="Times New Roman"/>
          <w:color w:val="000000"/>
          <w:sz w:val="24"/>
          <w:lang w:val="ru-RU"/>
        </w:rPr>
        <w:t>ОУ «Дреневская ОШ»</w:t>
      </w:r>
    </w:p>
    <w:p w:rsidR="00D66F37" w:rsidRPr="00CD1E29" w:rsidRDefault="00D66F37">
      <w:pPr>
        <w:rPr>
          <w:lang w:val="ru-RU"/>
        </w:rPr>
        <w:sectPr w:rsidR="00D66F37" w:rsidRPr="00CD1E29" w:rsidSect="00CD1E29">
          <w:pgSz w:w="11900" w:h="16840"/>
          <w:pgMar w:top="298" w:right="738" w:bottom="296" w:left="900" w:header="720" w:footer="720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 w:equalWidth="0">
            <w:col w:w="10262" w:space="0"/>
          </w:cols>
          <w:docGrid w:linePitch="360"/>
        </w:sectPr>
      </w:pPr>
    </w:p>
    <w:p w:rsidR="00D66F37" w:rsidRPr="00CD1E29" w:rsidRDefault="00106105">
      <w:pPr>
        <w:autoSpaceDE w:val="0"/>
        <w:autoSpaceDN w:val="0"/>
        <w:spacing w:after="0" w:line="245" w:lineRule="auto"/>
        <w:ind w:left="3356" w:right="144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w w:val="102"/>
          <w:sz w:val="20"/>
          <w:lang w:val="ru-RU"/>
        </w:rPr>
        <w:t xml:space="preserve">РАССМОТРЕНО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w w:val="102"/>
          <w:sz w:val="20"/>
          <w:lang w:val="ru-RU"/>
        </w:rPr>
        <w:t>на заседании педагогического совета</w:t>
      </w:r>
    </w:p>
    <w:p w:rsidR="00D66F37" w:rsidRPr="00CD1E29" w:rsidRDefault="00D66F37">
      <w:pPr>
        <w:rPr>
          <w:lang w:val="ru-RU"/>
        </w:rPr>
        <w:sectPr w:rsidR="00D66F37" w:rsidRPr="00CD1E29">
          <w:type w:val="continuous"/>
          <w:pgSz w:w="11900" w:h="16840"/>
          <w:pgMar w:top="298" w:right="738" w:bottom="296" w:left="900" w:header="720" w:footer="720" w:gutter="0"/>
          <w:cols w:num="2" w:space="720" w:equalWidth="0">
            <w:col w:w="6728" w:space="0"/>
            <w:col w:w="3534" w:space="0"/>
          </w:cols>
          <w:docGrid w:linePitch="360"/>
        </w:sectPr>
      </w:pPr>
    </w:p>
    <w:p w:rsidR="00D66F37" w:rsidRPr="00CD1E29" w:rsidRDefault="00106105">
      <w:pPr>
        <w:autoSpaceDE w:val="0"/>
        <w:autoSpaceDN w:val="0"/>
        <w:spacing w:after="182" w:line="245" w:lineRule="auto"/>
        <w:ind w:left="144" w:right="288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w w:val="102"/>
          <w:sz w:val="20"/>
          <w:lang w:val="ru-RU"/>
        </w:rPr>
        <w:t xml:space="preserve">УТВЕРЖДЕНО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w w:val="102"/>
          <w:sz w:val="20"/>
          <w:lang w:val="ru-RU"/>
        </w:rPr>
        <w:t>директор МБОУ "Дреневская ОШ"</w:t>
      </w:r>
    </w:p>
    <w:p w:rsidR="00D66F37" w:rsidRPr="00CD1E29" w:rsidRDefault="00D66F37">
      <w:pPr>
        <w:rPr>
          <w:lang w:val="ru-RU"/>
        </w:rPr>
        <w:sectPr w:rsidR="00D66F37" w:rsidRPr="00CD1E29">
          <w:type w:val="nextColumn"/>
          <w:pgSz w:w="11900" w:h="16840"/>
          <w:pgMar w:top="298" w:right="738" w:bottom="296" w:left="900" w:header="720" w:footer="720" w:gutter="0"/>
          <w:cols w:num="2" w:space="720" w:equalWidth="0">
            <w:col w:w="6728" w:space="0"/>
            <w:col w:w="3534" w:space="0"/>
          </w:cols>
          <w:docGrid w:linePitch="360"/>
        </w:sectPr>
      </w:pPr>
    </w:p>
    <w:p w:rsidR="00D66F37" w:rsidRPr="00CD1E29" w:rsidRDefault="00106105">
      <w:pPr>
        <w:tabs>
          <w:tab w:val="left" w:pos="6872"/>
        </w:tabs>
        <w:autoSpaceDE w:val="0"/>
        <w:autoSpaceDN w:val="0"/>
        <w:spacing w:after="0" w:line="230" w:lineRule="auto"/>
        <w:ind w:left="3356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w w:val="102"/>
          <w:sz w:val="20"/>
          <w:lang w:val="ru-RU"/>
        </w:rPr>
        <w:t xml:space="preserve">______________ </w:t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w w:val="102"/>
          <w:sz w:val="20"/>
          <w:lang w:val="ru-RU"/>
        </w:rPr>
        <w:t>______________Смирнова Н.П.</w:t>
      </w:r>
    </w:p>
    <w:p w:rsidR="00D66F37" w:rsidRPr="00CD1E29" w:rsidRDefault="00106105">
      <w:pPr>
        <w:tabs>
          <w:tab w:val="left" w:pos="6872"/>
        </w:tabs>
        <w:autoSpaceDE w:val="0"/>
        <w:autoSpaceDN w:val="0"/>
        <w:spacing w:before="182" w:after="0" w:line="230" w:lineRule="auto"/>
        <w:ind w:left="3356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w w:val="102"/>
          <w:sz w:val="20"/>
          <w:lang w:val="ru-RU"/>
        </w:rPr>
        <w:t>Протокол №</w:t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w w:val="102"/>
          <w:sz w:val="20"/>
          <w:lang w:val="ru-RU"/>
        </w:rPr>
        <w:t>Приказ №38</w:t>
      </w:r>
    </w:p>
    <w:p w:rsidR="00D66F37" w:rsidRPr="00CD1E29" w:rsidRDefault="00106105">
      <w:pPr>
        <w:tabs>
          <w:tab w:val="left" w:pos="6872"/>
        </w:tabs>
        <w:autoSpaceDE w:val="0"/>
        <w:autoSpaceDN w:val="0"/>
        <w:spacing w:before="182" w:after="0" w:line="230" w:lineRule="auto"/>
        <w:ind w:left="3356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w w:val="102"/>
          <w:sz w:val="20"/>
          <w:lang w:val="ru-RU"/>
        </w:rPr>
        <w:t>от "</w:t>
      </w:r>
      <w:r w:rsidR="00CD1E29">
        <w:rPr>
          <w:rFonts w:ascii="Times New Roman" w:eastAsia="Times New Roman" w:hAnsi="Times New Roman"/>
          <w:color w:val="000000"/>
          <w:w w:val="102"/>
          <w:sz w:val="20"/>
          <w:lang w:val="ru-RU"/>
        </w:rPr>
        <w:t xml:space="preserve">      </w:t>
      </w:r>
      <w:r w:rsidRPr="00CD1E29">
        <w:rPr>
          <w:rFonts w:ascii="Times New Roman" w:eastAsia="Times New Roman" w:hAnsi="Times New Roman"/>
          <w:color w:val="000000"/>
          <w:w w:val="102"/>
          <w:sz w:val="20"/>
          <w:lang w:val="ru-RU"/>
        </w:rPr>
        <w:t xml:space="preserve">"  </w:t>
      </w:r>
      <w:r w:rsidR="00CD1E29">
        <w:rPr>
          <w:rFonts w:ascii="Times New Roman" w:eastAsia="Times New Roman" w:hAnsi="Times New Roman"/>
          <w:color w:val="000000"/>
          <w:w w:val="102"/>
          <w:sz w:val="20"/>
          <w:lang w:val="ru-RU"/>
        </w:rPr>
        <w:t xml:space="preserve">           </w:t>
      </w:r>
      <w:r w:rsidRPr="00CD1E29">
        <w:rPr>
          <w:rFonts w:ascii="Times New Roman" w:eastAsia="Times New Roman" w:hAnsi="Times New Roman"/>
          <w:color w:val="000000"/>
          <w:w w:val="102"/>
          <w:sz w:val="20"/>
          <w:lang w:val="ru-RU"/>
        </w:rPr>
        <w:t xml:space="preserve">  г. </w:t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w w:val="102"/>
          <w:sz w:val="20"/>
          <w:lang w:val="ru-RU"/>
        </w:rPr>
        <w:t>от "31" 08 2022 г.</w:t>
      </w:r>
    </w:p>
    <w:p w:rsidR="00D66F37" w:rsidRPr="00CD1E29" w:rsidRDefault="00106105">
      <w:pPr>
        <w:autoSpaceDE w:val="0"/>
        <w:autoSpaceDN w:val="0"/>
        <w:spacing w:before="1038" w:after="0" w:line="262" w:lineRule="auto"/>
        <w:ind w:left="3600" w:right="3744"/>
        <w:jc w:val="center"/>
        <w:rPr>
          <w:lang w:val="ru-RU"/>
        </w:rPr>
      </w:pP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РАБОЧАЯ ПРОГРАММА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>(</w:t>
      </w:r>
      <w:r>
        <w:rPr>
          <w:rFonts w:ascii="Times New Roman" w:eastAsia="Times New Roman" w:hAnsi="Times New Roman"/>
          <w:b/>
          <w:color w:val="000000"/>
          <w:sz w:val="24"/>
        </w:rPr>
        <w:t>ID</w:t>
      </w: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2220352)</w:t>
      </w:r>
    </w:p>
    <w:p w:rsidR="00D66F37" w:rsidRPr="00CD1E29" w:rsidRDefault="00106105">
      <w:pPr>
        <w:autoSpaceDE w:val="0"/>
        <w:autoSpaceDN w:val="0"/>
        <w:spacing w:before="166" w:after="0" w:line="262" w:lineRule="auto"/>
        <w:ind w:left="4032" w:right="4032"/>
        <w:jc w:val="center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учебного предмета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«Технология»</w:t>
      </w:r>
    </w:p>
    <w:p w:rsidR="00D66F37" w:rsidRPr="00CD1E29" w:rsidRDefault="00106105">
      <w:pPr>
        <w:autoSpaceDE w:val="0"/>
        <w:autoSpaceDN w:val="0"/>
        <w:spacing w:before="670" w:after="0" w:line="262" w:lineRule="auto"/>
        <w:ind w:left="2736" w:right="2736"/>
        <w:jc w:val="center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для 1 класса начального общего образования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на 2022-2023  учебный год</w:t>
      </w:r>
    </w:p>
    <w:p w:rsidR="00D66F37" w:rsidRPr="00CD1E29" w:rsidRDefault="00106105">
      <w:pPr>
        <w:autoSpaceDE w:val="0"/>
        <w:autoSpaceDN w:val="0"/>
        <w:spacing w:before="2112" w:after="0" w:line="262" w:lineRule="auto"/>
        <w:ind w:left="7280" w:right="144" w:hanging="1836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Составитель: Сотникова Татьяна Николаевна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учитель начальных классов</w:t>
      </w:r>
    </w:p>
    <w:p w:rsidR="00D66F37" w:rsidRPr="00CD1E29" w:rsidRDefault="00106105">
      <w:pPr>
        <w:autoSpaceDE w:val="0"/>
        <w:autoSpaceDN w:val="0"/>
        <w:spacing w:before="2830" w:after="0" w:line="230" w:lineRule="auto"/>
        <w:jc w:val="center"/>
        <w:rPr>
          <w:lang w:val="ru-RU"/>
        </w:rPr>
      </w:pPr>
      <w:proofErr w:type="spell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д</w:t>
      </w:r>
      <w:proofErr w:type="gram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.Х</w:t>
      </w:r>
      <w:proofErr w:type="gram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аритоново</w:t>
      </w:r>
      <w:proofErr w:type="spell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2022</w:t>
      </w:r>
    </w:p>
    <w:p w:rsidR="00D66F37" w:rsidRPr="00CD1E29" w:rsidRDefault="00D66F37">
      <w:pPr>
        <w:rPr>
          <w:lang w:val="ru-RU"/>
        </w:rPr>
        <w:sectPr w:rsidR="00D66F37" w:rsidRPr="00CD1E29">
          <w:type w:val="continuous"/>
          <w:pgSz w:w="11900" w:h="16840"/>
          <w:pgMar w:top="298" w:right="738" w:bottom="296" w:left="900" w:header="720" w:footer="720" w:gutter="0"/>
          <w:cols w:space="720" w:equalWidth="0">
            <w:col w:w="10262" w:space="0"/>
          </w:cols>
          <w:docGrid w:linePitch="360"/>
        </w:sectPr>
      </w:pPr>
    </w:p>
    <w:p w:rsidR="00D66F37" w:rsidRPr="00CD1E29" w:rsidRDefault="00D66F37">
      <w:pPr>
        <w:rPr>
          <w:lang w:val="ru-RU"/>
        </w:rPr>
        <w:sectPr w:rsidR="00D66F37" w:rsidRPr="00CD1E29">
          <w:pgSz w:w="11900" w:h="16840"/>
          <w:pgMar w:top="1440" w:right="1440" w:bottom="1440" w:left="1440" w:header="720" w:footer="720" w:gutter="0"/>
          <w:cols w:space="720" w:equalWidth="0">
            <w:col w:w="10262" w:space="0"/>
          </w:cols>
          <w:docGrid w:linePitch="360"/>
        </w:sectPr>
      </w:pPr>
    </w:p>
    <w:p w:rsidR="00D66F37" w:rsidRPr="00CD1E29" w:rsidRDefault="00D66F37">
      <w:pPr>
        <w:autoSpaceDE w:val="0"/>
        <w:autoSpaceDN w:val="0"/>
        <w:spacing w:after="78" w:line="220" w:lineRule="exact"/>
        <w:rPr>
          <w:lang w:val="ru-RU"/>
        </w:rPr>
      </w:pPr>
    </w:p>
    <w:p w:rsidR="00D66F37" w:rsidRPr="00CD1E29" w:rsidRDefault="00106105">
      <w:pPr>
        <w:autoSpaceDE w:val="0"/>
        <w:autoSpaceDN w:val="0"/>
        <w:spacing w:after="0" w:line="230" w:lineRule="auto"/>
        <w:rPr>
          <w:lang w:val="ru-RU"/>
        </w:rPr>
      </w:pP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D66F37" w:rsidRPr="00CD1E29" w:rsidRDefault="00106105">
      <w:pPr>
        <w:autoSpaceDE w:val="0"/>
        <w:autoSpaceDN w:val="0"/>
        <w:spacing w:before="346" w:after="0" w:line="271" w:lineRule="auto"/>
        <w:ind w:right="432" w:firstLine="180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:rsidR="00D66F37" w:rsidRPr="00CD1E29" w:rsidRDefault="00106105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:rsidR="00D66F37" w:rsidRPr="00CD1E29" w:rsidRDefault="00106105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Содержание обучения раскрывается через модули.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начальных классов. В первом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саморегуляция,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 — «Совместная деятельность».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190" w:after="0" w:line="281" w:lineRule="auto"/>
        <w:ind w:right="864"/>
        <w:rPr>
          <w:lang w:val="ru-RU"/>
        </w:rPr>
      </w:pP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</w:t>
      </w:r>
    </w:p>
    <w:p w:rsidR="00D66F37" w:rsidRPr="00CD1E29" w:rsidRDefault="00106105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требованиями времени и инновационными установками отечественного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образования, обозначенными во ФГОС НОО, данная программа обеспечивает реализацию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обновлённой концептуальной идеи учебного предмета «Технология». Её особенность состоит в формировании у обучающихся социально </w:t>
      </w:r>
      <w:proofErr w:type="gram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ценных</w:t>
      </w:r>
      <w:proofErr w:type="gram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качеств, креативности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:rsidR="00D66F37" w:rsidRPr="00CD1E29" w:rsidRDefault="0010610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В курсе технологии осуществляется реализация широкого спектра </w:t>
      </w:r>
      <w:proofErr w:type="spell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межпредметных</w:t>
      </w:r>
      <w:proofErr w:type="spell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связей.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Математика </w:t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— 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числами.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>Изобразительное искусство</w:t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— использование средств художественной выразительности, законов и правил декоративно-прикладного искусства и дизайна.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>Окружающий мир</w:t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 </w:t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>Родной язык</w:t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—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деятельности.</w:t>
      </w:r>
    </w:p>
    <w:p w:rsidR="00D66F37" w:rsidRPr="00CD1E29" w:rsidRDefault="0010610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>Литературное чтени</w:t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е — работа с текстами для создания образа, реализуемого в изделии.</w:t>
      </w:r>
    </w:p>
    <w:p w:rsidR="00D66F37" w:rsidRPr="00CD1E29" w:rsidRDefault="00D66F37">
      <w:pPr>
        <w:rPr>
          <w:lang w:val="ru-RU"/>
        </w:rPr>
        <w:sectPr w:rsidR="00D66F37" w:rsidRPr="00CD1E29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66F37" w:rsidRPr="00CD1E29" w:rsidRDefault="00D66F37">
      <w:pPr>
        <w:autoSpaceDE w:val="0"/>
        <w:autoSpaceDN w:val="0"/>
        <w:spacing w:after="78" w:line="220" w:lineRule="exact"/>
        <w:rPr>
          <w:lang w:val="ru-RU"/>
        </w:rPr>
      </w:pPr>
    </w:p>
    <w:p w:rsidR="00D66F37" w:rsidRPr="00CD1E29" w:rsidRDefault="00106105">
      <w:pPr>
        <w:autoSpaceDE w:val="0"/>
        <w:autoSpaceDN w:val="0"/>
        <w:spacing w:after="0" w:line="271" w:lineRule="auto"/>
        <w:ind w:right="720" w:firstLine="180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Важнейшая особенность уроков технологии в начальной школе — предметно-практическая деятельность как необходимая составляющая целостного процесса интеллектуального, а также духовного и нравственного развития обучающихся младшего школьного возраста.</w:t>
      </w:r>
    </w:p>
    <w:p w:rsidR="00D66F37" w:rsidRPr="00CD1E29" w:rsidRDefault="00106105">
      <w:pPr>
        <w:autoSpaceDE w:val="0"/>
        <w:autoSpaceDN w:val="0"/>
        <w:spacing w:before="70" w:after="0"/>
        <w:ind w:firstLine="180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материальной культуры и семейных традиций своего и других народов и уважительного отношения к ним.</w:t>
      </w:r>
    </w:p>
    <w:p w:rsidR="00D66F37" w:rsidRPr="00CD1E29" w:rsidRDefault="00106105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Занятия продуктивной деятельностью закладывают основу для формирования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:rsidR="00D66F37" w:rsidRPr="00CD1E29" w:rsidRDefault="00106105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«ТЕХНОЛОГИЯ»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Основной целью </w:t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предмета является успешная социализация обучающихся, формирование у них функциональной грамотности на базе освоения культурологических и конструкторск</w:t>
      </w:r>
      <w:proofErr w:type="gram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о-</w:t>
      </w:r>
      <w:proofErr w:type="gramEnd"/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Для реализации основной цели и концептуальной идеи данного предмета необходимо решение системы приоритетных задач: образовательных, развивающих и воспитательных.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Образовательные задачи курса: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общих представлений о культуре и организации трудовой деятельности как важной части общей культуры человека;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основ </w:t>
      </w:r>
      <w:proofErr w:type="spell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чертёжно</w:t>
      </w:r>
      <w:proofErr w:type="spell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-графической грамотности, умения работать с простейшей технологической документацией (рисунок, чертёж, эскиз, схема);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72" w:after="0" w:line="286" w:lineRule="auto"/>
        <w:rPr>
          <w:lang w:val="ru-RU"/>
        </w:rPr>
      </w:pPr>
      <w:r w:rsidRPr="00CD1E29">
        <w:rPr>
          <w:lang w:val="ru-RU"/>
        </w:rPr>
        <w:tab/>
      </w:r>
      <w:proofErr w:type="gramStart"/>
      <w:r w:rsidRPr="00CD1E2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Развивающие задачи: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сенсомоторных процессов, психомоторной координации, глазомера через формирование практических умений;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расширение культурного кругозора, развитие способности творческого использования полученных знаний и умений в практической деятельности;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развитие гибкости и вариативности мышления, способностей к изобретательской деятельности.</w:t>
      </w:r>
      <w:proofErr w:type="gramEnd"/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Воспитательные задачи: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уважительного отношения к людям труда, к культурным традициям, понимания ценности предшествующих культур, отражённых в материальном мире;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саморегуляции</w:t>
      </w:r>
      <w:proofErr w:type="spell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, активности и инициативности;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воспитание интереса и творческого отношения к продуктивной созидательной деятельности,</w:t>
      </w:r>
    </w:p>
    <w:p w:rsidR="00D66F37" w:rsidRPr="00CD1E29" w:rsidRDefault="00D66F37">
      <w:pPr>
        <w:rPr>
          <w:lang w:val="ru-RU"/>
        </w:rPr>
        <w:sectPr w:rsidR="00D66F37" w:rsidRPr="00CD1E29">
          <w:pgSz w:w="11900" w:h="16840"/>
          <w:pgMar w:top="298" w:right="704" w:bottom="368" w:left="666" w:header="720" w:footer="720" w:gutter="0"/>
          <w:cols w:space="720" w:equalWidth="0">
            <w:col w:w="10530" w:space="0"/>
          </w:cols>
          <w:docGrid w:linePitch="360"/>
        </w:sectPr>
      </w:pPr>
    </w:p>
    <w:p w:rsidR="00D66F37" w:rsidRPr="00CD1E29" w:rsidRDefault="00D66F37">
      <w:pPr>
        <w:autoSpaceDE w:val="0"/>
        <w:autoSpaceDN w:val="0"/>
        <w:spacing w:after="66" w:line="220" w:lineRule="exact"/>
        <w:rPr>
          <w:lang w:val="ru-RU"/>
        </w:rPr>
      </w:pPr>
    </w:p>
    <w:p w:rsidR="00D66F37" w:rsidRPr="00CD1E29" w:rsidRDefault="00106105">
      <w:pPr>
        <w:tabs>
          <w:tab w:val="left" w:pos="180"/>
        </w:tabs>
        <w:autoSpaceDE w:val="0"/>
        <w:autoSpaceDN w:val="0"/>
        <w:spacing w:after="0" w:line="281" w:lineRule="auto"/>
        <w:ind w:right="144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мотивации успеха и достижений, стремления к творческой самореализации;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D66F37" w:rsidRPr="00CD1E29" w:rsidRDefault="00106105">
      <w:pPr>
        <w:autoSpaceDE w:val="0"/>
        <w:autoSpaceDN w:val="0"/>
        <w:spacing w:before="190" w:after="0" w:line="271" w:lineRule="auto"/>
        <w:ind w:firstLine="180"/>
        <w:rPr>
          <w:lang w:val="ru-RU"/>
        </w:rPr>
      </w:pP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«ТЕХНОЛОГИЯ» В УЧЕБНОМ ПЛАНЕ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Согласно требованиям ФГОС общее число часов на изучение курса «Технология» в 1 классе — 33 часа (по 1 часу в неделю)</w:t>
      </w:r>
    </w:p>
    <w:p w:rsidR="00D66F37" w:rsidRPr="00CD1E29" w:rsidRDefault="00D66F37">
      <w:pPr>
        <w:rPr>
          <w:lang w:val="ru-RU"/>
        </w:rPr>
        <w:sectPr w:rsidR="00D66F37" w:rsidRPr="00CD1E29">
          <w:pgSz w:w="11900" w:h="16840"/>
          <w:pgMar w:top="286" w:right="1086" w:bottom="1440" w:left="666" w:header="720" w:footer="720" w:gutter="0"/>
          <w:cols w:space="720" w:equalWidth="0">
            <w:col w:w="10148" w:space="0"/>
          </w:cols>
          <w:docGrid w:linePitch="360"/>
        </w:sectPr>
      </w:pPr>
    </w:p>
    <w:p w:rsidR="00D66F37" w:rsidRPr="00CD1E29" w:rsidRDefault="00D66F37">
      <w:pPr>
        <w:autoSpaceDE w:val="0"/>
        <w:autoSpaceDN w:val="0"/>
        <w:spacing w:after="78" w:line="220" w:lineRule="exact"/>
        <w:rPr>
          <w:lang w:val="ru-RU"/>
        </w:rPr>
      </w:pPr>
    </w:p>
    <w:p w:rsidR="00D66F37" w:rsidRPr="00CD1E29" w:rsidRDefault="00106105">
      <w:pPr>
        <w:autoSpaceDE w:val="0"/>
        <w:autoSpaceDN w:val="0"/>
        <w:spacing w:after="0" w:line="230" w:lineRule="auto"/>
        <w:rPr>
          <w:lang w:val="ru-RU"/>
        </w:rPr>
      </w:pP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D66F37" w:rsidRPr="00CD1E29" w:rsidRDefault="00106105">
      <w:pPr>
        <w:autoSpaceDE w:val="0"/>
        <w:autoSpaceDN w:val="0"/>
        <w:spacing w:before="346" w:after="0" w:line="262" w:lineRule="auto"/>
        <w:ind w:left="180" w:right="3600"/>
        <w:rPr>
          <w:lang w:val="ru-RU"/>
        </w:rPr>
      </w:pP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Технологии, профессии и производства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Природа как источник сырьевых ресурсов и творчества мастеров.</w:t>
      </w:r>
    </w:p>
    <w:p w:rsidR="00D66F37" w:rsidRPr="00CD1E29" w:rsidRDefault="0010610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Красота и разнообразие природных форм, их передача в изделиях из различных материалов.</w:t>
      </w:r>
    </w:p>
    <w:p w:rsidR="00D66F37" w:rsidRPr="00CD1E29" w:rsidRDefault="00106105">
      <w:pPr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Наблюдения природы и фантазия мастера —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инструментов; поддержание порядка во время работы; уборка по окончании работы. Рациональное и безопасное использование и хранение инструментов.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72" w:after="0" w:line="262" w:lineRule="auto"/>
        <w:ind w:right="1440"/>
        <w:rPr>
          <w:lang w:val="ru-RU"/>
        </w:rPr>
      </w:pP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Профессии родных и знакомых. Профессии, связанные с </w:t>
      </w:r>
      <w:proofErr w:type="spell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из</w:t>
      </w:r>
      <w:proofErr w:type="gram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у</w:t>
      </w:r>
      <w:proofErr w:type="spell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gram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чаемыми материалами и производствами. Профессии сферы обслуживания.</w:t>
      </w:r>
    </w:p>
    <w:p w:rsidR="00D66F37" w:rsidRPr="00CD1E29" w:rsidRDefault="0010610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Традиции и праздники народов России, ремёсла, обычаи.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Технологии ручной обработки материалов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D66F37" w:rsidRPr="00CD1E29" w:rsidRDefault="00106105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D66F37" w:rsidRPr="00CD1E29" w:rsidRDefault="00106105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Способы разметки деталей: на глаз и от руки, по шаблону, по линейке (как направляющему инструменту без откладывания размеров) с опорой на рисунки, графическую инструкцию,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др. Приёмы и правила аккуратной работы с клеем. Отделка изделия или его деталей (окрашивание, вышивка, аппликация и др.).</w:t>
      </w:r>
    </w:p>
    <w:p w:rsidR="00D66F37" w:rsidRPr="00CD1E29" w:rsidRDefault="00106105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др.), их правильное, рациональное и безопасное использование.</w:t>
      </w:r>
    </w:p>
    <w:p w:rsidR="00D66F37" w:rsidRPr="00CD1E29" w:rsidRDefault="00106105">
      <w:pPr>
        <w:autoSpaceDE w:val="0"/>
        <w:autoSpaceDN w:val="0"/>
        <w:spacing w:before="70" w:after="0" w:line="274" w:lineRule="auto"/>
        <w:ind w:firstLine="180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Пластические массы, их виды (пластилин, пластика и др.).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D66F37" w:rsidRPr="00CD1E29" w:rsidRDefault="00106105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сминание</w:t>
      </w:r>
      <w:proofErr w:type="spell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, обрывание, склеивание и др. Резание бумаги ножницами. Правила безопасной работы, передачи и хранения ножниц. Картон.</w:t>
      </w:r>
    </w:p>
    <w:p w:rsidR="00D66F37" w:rsidRPr="00CD1E29" w:rsidRDefault="0010610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proofErr w:type="gram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Виды природных материалов (плоские — листья и объёмные — орехи, шишки, семена, ветки).</w:t>
      </w:r>
      <w:proofErr w:type="gramEnd"/>
    </w:p>
    <w:p w:rsidR="00D66F37" w:rsidRPr="00CD1E29" w:rsidRDefault="00106105">
      <w:pPr>
        <w:autoSpaceDE w:val="0"/>
        <w:autoSpaceDN w:val="0"/>
        <w:spacing w:before="70" w:after="0" w:line="271" w:lineRule="auto"/>
        <w:ind w:right="576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D66F37" w:rsidRPr="00CD1E29" w:rsidRDefault="00106105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др.). Отмеривание и заправка нитки в иголку, строчка прямого стежка.</w:t>
      </w:r>
    </w:p>
    <w:p w:rsidR="00D66F37" w:rsidRPr="00CD1E29" w:rsidRDefault="0010610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Использование дополнительных отделочных материалов.</w:t>
      </w:r>
    </w:p>
    <w:p w:rsidR="00D66F37" w:rsidRPr="00CD1E29" w:rsidRDefault="00106105">
      <w:pPr>
        <w:autoSpaceDE w:val="0"/>
        <w:autoSpaceDN w:val="0"/>
        <w:spacing w:before="190" w:after="0" w:line="262" w:lineRule="auto"/>
        <w:ind w:left="180" w:right="288"/>
        <w:rPr>
          <w:lang w:val="ru-RU"/>
        </w:rPr>
      </w:pP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Конструирование и </w:t>
      </w:r>
      <w:proofErr w:type="gramStart"/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>моделирование</w:t>
      </w:r>
      <w:proofErr w:type="gramEnd"/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Простые и объёмные конструкции из разных материалов (пластические массы, бумага, текстиль и</w:t>
      </w:r>
    </w:p>
    <w:p w:rsidR="00D66F37" w:rsidRPr="00CD1E29" w:rsidRDefault="00D66F37">
      <w:pPr>
        <w:rPr>
          <w:lang w:val="ru-RU"/>
        </w:rPr>
        <w:sectPr w:rsidR="00D66F37" w:rsidRPr="00CD1E29">
          <w:pgSz w:w="11900" w:h="16840"/>
          <w:pgMar w:top="298" w:right="650" w:bottom="3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66F37" w:rsidRPr="00CD1E29" w:rsidRDefault="00D66F37">
      <w:pPr>
        <w:autoSpaceDE w:val="0"/>
        <w:autoSpaceDN w:val="0"/>
        <w:spacing w:after="66" w:line="220" w:lineRule="exact"/>
        <w:rPr>
          <w:lang w:val="ru-RU"/>
        </w:rPr>
      </w:pPr>
    </w:p>
    <w:p w:rsidR="00D66F37" w:rsidRPr="00CD1E29" w:rsidRDefault="00106105">
      <w:pPr>
        <w:autoSpaceDE w:val="0"/>
        <w:autoSpaceDN w:val="0"/>
        <w:spacing w:after="0" w:line="283" w:lineRule="auto"/>
        <w:ind w:right="144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др.) и способы их создания. Общее представление о конструкции изделия;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и результата. Элементарное прогнозирование порядка действий в зависимости от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желаемого/необходимого результата; выбор способа работы в зависимости от требуемого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результата/замысла.</w:t>
      </w:r>
    </w:p>
    <w:p w:rsidR="00D66F37" w:rsidRPr="00CD1E29" w:rsidRDefault="00106105">
      <w:pPr>
        <w:autoSpaceDE w:val="0"/>
        <w:autoSpaceDN w:val="0"/>
        <w:spacing w:before="190" w:after="0" w:line="271" w:lineRule="auto"/>
        <w:ind w:left="180" w:right="2304"/>
        <w:rPr>
          <w:lang w:val="ru-RU"/>
        </w:rPr>
      </w:pP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Информационно-коммуникативные технологии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Демонстрация учителем готовых материалов на информационных носителях. Информация. Виды информации.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192" w:after="0" w:line="283" w:lineRule="auto"/>
        <w:ind w:right="720"/>
        <w:rPr>
          <w:lang w:val="ru-RU"/>
        </w:rPr>
      </w:pP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 (пропедевтический уровень)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Познавательные УУД: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терминах, используемых в технологии (в пределах изученного);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 использовать предложенную инструкцию (устную, графическую);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устройство простых изделий по образцу, рисунку, выделять основные и второстепенные составляющие конструкции;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Работа с информацией: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информацию (представленную в объяснении учителя или в учебнике), использовать её в работе;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Коммуникативные УУД: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строить несложные высказывания, сообщения в устной форме (по содержанию изученных тем).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Р</w:t>
      </w:r>
      <w:r w:rsidRPr="00CD1E2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егулятивные УУД: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и удерживать в процессе деятельности предложенную учебную задачу;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принимать критерии оценки качества работы, руководствоваться ими в процессе анализа и оценки выполненных работ;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выполнять несложные действия контроля и оценки по предложенным критериям.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Совместная деятельность: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положительное отношение к включению в совместную работу, к простым видам сотрудничества;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D66F37" w:rsidRPr="00CD1E29" w:rsidRDefault="00D66F37">
      <w:pPr>
        <w:rPr>
          <w:lang w:val="ru-RU"/>
        </w:rPr>
        <w:sectPr w:rsidR="00D66F37" w:rsidRPr="00CD1E29">
          <w:pgSz w:w="11900" w:h="16840"/>
          <w:pgMar w:top="286" w:right="640" w:bottom="1158" w:left="666" w:header="720" w:footer="720" w:gutter="0"/>
          <w:cols w:space="720" w:equalWidth="0">
            <w:col w:w="10594" w:space="0"/>
          </w:cols>
          <w:docGrid w:linePitch="360"/>
        </w:sectPr>
      </w:pPr>
    </w:p>
    <w:p w:rsidR="00D66F37" w:rsidRPr="00CD1E29" w:rsidRDefault="00D66F37">
      <w:pPr>
        <w:autoSpaceDE w:val="0"/>
        <w:autoSpaceDN w:val="0"/>
        <w:spacing w:after="78" w:line="220" w:lineRule="exact"/>
        <w:rPr>
          <w:lang w:val="ru-RU"/>
        </w:rPr>
      </w:pPr>
    </w:p>
    <w:p w:rsidR="00D66F37" w:rsidRPr="00CD1E29" w:rsidRDefault="00106105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РЕЗУЛЬТАТЫ ОСВОЕНИЯ УЧЕБНОГО ПРЕДМЕТА «ТЕХНОЛОГИЯ</w:t>
      </w:r>
      <w:proofErr w:type="gramStart"/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>»Н</w:t>
      </w:r>
      <w:proofErr w:type="gramEnd"/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 УРОВНЕ НАЧАЛЬНОГО ОБЩЕГО ОБРАЗОВАНИЯ 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346" w:after="0" w:line="290" w:lineRule="auto"/>
        <w:rPr>
          <w:lang w:val="ru-RU"/>
        </w:rPr>
      </w:pPr>
      <w:r w:rsidRPr="00CD1E29">
        <w:rPr>
          <w:lang w:val="ru-RU"/>
        </w:rPr>
        <w:tab/>
      </w:r>
      <w:proofErr w:type="gramStart"/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ОБУЧАЮЩЕГОСЯ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«Технология» у обучающегося будут сформированы следующие личностные новообразования: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роли человека и используемых им технологий в сохранении гармонического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сосуществования рукотворного мира с миром природы;</w:t>
      </w:r>
      <w:proofErr w:type="gram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ответственное отношение к сохранению окружающей среды;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способности к эстетической оценке окружающей предметной среды; эстетические чувства — эмоционально-положительное восприятие и понимание красоты форм и образов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природных объектов, образцов мировой и отечественной художественной культуры;</w:t>
      </w:r>
      <w:proofErr w:type="gram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proofErr w:type="gram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устойчивых волевых качества и способность к </w:t>
      </w:r>
      <w:proofErr w:type="spell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саморегуляции</w:t>
      </w:r>
      <w:proofErr w:type="spell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: организованность, аккуратность, трудолюбие, ответственность, умение справляться с доступными проблемами; </w:t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готовность вступать в сотрудничество с другими людьми с учётом этики общения;</w:t>
      </w:r>
      <w:proofErr w:type="gram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проявление толерантности и доброжелательности.</w:t>
      </w:r>
    </w:p>
    <w:p w:rsidR="00D66F37" w:rsidRPr="00CD1E29" w:rsidRDefault="00106105">
      <w:pPr>
        <w:autoSpaceDE w:val="0"/>
        <w:autoSpaceDN w:val="0"/>
        <w:spacing w:before="190" w:after="0" w:line="262" w:lineRule="auto"/>
        <w:ind w:left="180" w:right="432"/>
        <w:rPr>
          <w:lang w:val="ru-RU"/>
        </w:rPr>
      </w:pPr>
      <w:proofErr w:type="gramStart"/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ОБУЧАЮЩЕГОСЯ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  <w:proofErr w:type="gramEnd"/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190" w:after="0" w:line="288" w:lineRule="auto"/>
        <w:ind w:right="288"/>
        <w:rPr>
          <w:lang w:val="ru-RU"/>
        </w:rPr>
      </w:pPr>
      <w:r w:rsidRPr="00CD1E29">
        <w:rPr>
          <w:lang w:val="ru-RU"/>
        </w:rPr>
        <w:tab/>
      </w:r>
      <w:proofErr w:type="gramStart"/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УУД: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анализ объектов и изделий с выделением существенных и несущественных признаков;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группы объектов/изделий, выделять в них общее и различия;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  <w:proofErr w:type="gram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proofErr w:type="gram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схемы, модели и простейшие чертежи в собственной практической творческой деятельности;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  <w:proofErr w:type="gramEnd"/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Работа с информацией: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</w:t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</w:t>
      </w:r>
    </w:p>
    <w:p w:rsidR="00D66F37" w:rsidRPr="00CD1E29" w:rsidRDefault="00D66F37">
      <w:pPr>
        <w:rPr>
          <w:lang w:val="ru-RU"/>
        </w:rPr>
        <w:sectPr w:rsidR="00D66F37" w:rsidRPr="00CD1E29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66F37" w:rsidRPr="00CD1E29" w:rsidRDefault="00D66F37">
      <w:pPr>
        <w:autoSpaceDE w:val="0"/>
        <w:autoSpaceDN w:val="0"/>
        <w:spacing w:after="66" w:line="220" w:lineRule="exact"/>
        <w:rPr>
          <w:lang w:val="ru-RU"/>
        </w:rPr>
      </w:pPr>
    </w:p>
    <w:p w:rsidR="00D66F37" w:rsidRPr="00CD1E29" w:rsidRDefault="00106105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с моделями;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CD1E29">
        <w:rPr>
          <w:lang w:val="ru-RU"/>
        </w:rPr>
        <w:tab/>
      </w:r>
      <w:proofErr w:type="gramStart"/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УУД: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тексты-описания на основе наблюдений (рассматривания) изделий декоративно-прикладного искусства народов России;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  <w:proofErr w:type="gram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последовательность совершаемых действий при </w:t>
      </w:r>
      <w:proofErr w:type="gram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создании</w:t>
      </w:r>
      <w:proofErr w:type="gram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изделия.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CD1E29">
        <w:rPr>
          <w:lang w:val="ru-RU"/>
        </w:rPr>
        <w:tab/>
      </w:r>
      <w:proofErr w:type="gramStart"/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УУД: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рационально организовывать свою работу (подготовка рабочего места, поддержание и наведение порядка, уборка после работы);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безопасности труда при выполнении работы;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работу, соотносить свои действия с поставленной целью;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выполнять действия контроля и оценки;</w:t>
      </w:r>
      <w:proofErr w:type="gram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вносить необходимые коррективы в действие после его завершения на основе его оценки и учёта характера сделанных ошибок;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</w:t>
      </w:r>
      <w:proofErr w:type="gram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волевую</w:t>
      </w:r>
      <w:proofErr w:type="gram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саморегуляцию</w:t>
      </w:r>
      <w:proofErr w:type="spell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выполнении работы.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Совместная деятельность: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 </w:t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:rsidR="00D66F37" w:rsidRPr="00CD1E29" w:rsidRDefault="00106105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 ОСВОЕНИЯ КУРСА «ТЕХНОЛОГИЯ»</w:t>
      </w:r>
    </w:p>
    <w:p w:rsidR="00D66F37" w:rsidRPr="00CD1E29" w:rsidRDefault="00106105">
      <w:pPr>
        <w:tabs>
          <w:tab w:val="left" w:pos="180"/>
        </w:tabs>
        <w:autoSpaceDE w:val="0"/>
        <w:autoSpaceDN w:val="0"/>
        <w:spacing w:before="190" w:after="0" w:line="286" w:lineRule="auto"/>
        <w:ind w:right="288"/>
        <w:rPr>
          <w:lang w:val="ru-RU"/>
        </w:rPr>
      </w:pPr>
      <w:r w:rsidRPr="00CD1E29">
        <w:rPr>
          <w:lang w:val="ru-RU"/>
        </w:rPr>
        <w:tab/>
      </w:r>
      <w:proofErr w:type="gram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</w:t>
      </w: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 первом классе </w:t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обучающийся научится: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правильно организовывать свой труд: своевременно подготавливать и убирать рабочее место, поддерживать порядок на нём в процессе труда;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правила безопасной работы ножницами, иглой и аккуратной работы с клеем; </w:t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материала;</w:t>
      </w:r>
      <w:proofErr w:type="gram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экономия материала при разметке);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названия и назначение основных инструментов и приспособлений для ручного труда (линейка, карандаш, ножницы, игла, шаблон, стека и др.), использовать их в практической работе; </w:t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определять наименования отдельных материалов (бумага, картон, фольга, пластилин, природные,</w:t>
      </w:r>
      <w:proofErr w:type="gramEnd"/>
    </w:p>
    <w:p w:rsidR="00D66F37" w:rsidRPr="00CD1E29" w:rsidRDefault="00D66F37">
      <w:pPr>
        <w:rPr>
          <w:lang w:val="ru-RU"/>
        </w:rPr>
        <w:sectPr w:rsidR="00D66F37" w:rsidRPr="00CD1E29">
          <w:pgSz w:w="11900" w:h="16840"/>
          <w:pgMar w:top="286" w:right="668" w:bottom="308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D66F37" w:rsidRPr="00CD1E29" w:rsidRDefault="00D66F37">
      <w:pPr>
        <w:autoSpaceDE w:val="0"/>
        <w:autoSpaceDN w:val="0"/>
        <w:spacing w:after="78" w:line="220" w:lineRule="exact"/>
        <w:rPr>
          <w:lang w:val="ru-RU"/>
        </w:rPr>
      </w:pPr>
    </w:p>
    <w:p w:rsidR="00D66F37" w:rsidRPr="00CD1E29" w:rsidRDefault="00106105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текстильные материалы и пр.) и способы их обработки (сгибание, отрывание, </w:t>
      </w:r>
      <w:proofErr w:type="spell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сминание</w:t>
      </w:r>
      <w:proofErr w:type="spell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, резание, лепка и пр.); выполнять доступные технологические приёмы ручной обработки материалов при изготовлении изделий;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наименованиях основных технологических операций: разметка деталей, выделение деталей, сборка изделия;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разметку деталей сгибанием, по шаблону, на глаз, от руки; выделение деталей способами обрывания, вырезания и др.; сборку изделий с помощью клея, ниток и др.;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оформлять изделия строчкой прямого стежка;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понимать смысл понятий «изделие», «деталь изделия», «образец», «заготовка», «</w:t>
      </w:r>
      <w:proofErr w:type="spell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материал»</w:t>
      </w:r>
      <w:proofErr w:type="gram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,«</w:t>
      </w:r>
      <w:proofErr w:type="gram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инструмент</w:t>
      </w:r>
      <w:proofErr w:type="spell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», «приспособление», «конструирование», «аппликация»;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задания с опорой на готовый план;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обслуживать себя во время работы: соблюдать порядок на рабочем месте, ухаживать за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инструментами и правильно хранить их; </w:t>
      </w:r>
      <w:proofErr w:type="gram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правила гигиены труда;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рассматривать и анализировать простые по конструкции образцы (по вопросам учителя);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соединения; способы изготовления; </w:t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распознавать изученные виды материалов (природные, пластические, бумага, тонкий картон, текстильные, клей и др.), их свойства (цвет, фактура, форма, гибкость и др.);</w:t>
      </w:r>
      <w:proofErr w:type="gram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proofErr w:type="gram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ручные инструменты (ножницы, игла, линейка) и приспособления (шаблон, стека, булавки и др.), безопасно хранить и работать ими;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материалы и инструменты по их назначению;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  <w:proofErr w:type="gram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инструменту без откладывания размеров); точно резать ножницами по линиям разметки; </w:t>
      </w:r>
      <w:proofErr w:type="gram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придавать форму деталям и изделию сгибанием, складыванием, вытягиванием, отрыванием, </w:t>
      </w:r>
      <w:proofErr w:type="spell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сминанием</w:t>
      </w:r>
      <w:proofErr w:type="spell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, лепкой и пр.; собирать изделия с помощью клея, пластических масс и др.; эстетично и аккуратно выполнять отделку раскрашиванием, аппликацией, строчкой прямого стежка;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для сушки плоских изделий пресс;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  <w:proofErr w:type="gram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разборные и неразборные конструкции несложных изделий;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простейшие виды технической документации (рисунок, схема), конструировать и моделировать изделия из различных материалов по образцу, рисунку;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элементарное сотрудничество, участвовать в коллективных работах под руководством учителя; </w:t>
      </w:r>
      <w:r w:rsidRPr="00CD1E29">
        <w:rPr>
          <w:lang w:val="ru-RU"/>
        </w:rPr>
        <w:br/>
      </w:r>
      <w:r w:rsidRPr="00CD1E29">
        <w:rPr>
          <w:lang w:val="ru-RU"/>
        </w:rPr>
        <w:tab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выполнять несложные коллективные работы проектного характера.</w:t>
      </w:r>
    </w:p>
    <w:p w:rsidR="00D66F37" w:rsidRPr="00CD1E29" w:rsidRDefault="00D66F37">
      <w:pPr>
        <w:rPr>
          <w:lang w:val="ru-RU"/>
        </w:rPr>
        <w:sectPr w:rsidR="00D66F37" w:rsidRPr="00CD1E29">
          <w:pgSz w:w="11900" w:h="16840"/>
          <w:pgMar w:top="298" w:right="668" w:bottom="1440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D66F37" w:rsidRPr="00CD1E29" w:rsidRDefault="00D66F37">
      <w:pPr>
        <w:autoSpaceDE w:val="0"/>
        <w:autoSpaceDN w:val="0"/>
        <w:spacing w:after="64" w:line="220" w:lineRule="exact"/>
        <w:rPr>
          <w:lang w:val="ru-RU"/>
        </w:rPr>
      </w:pPr>
    </w:p>
    <w:p w:rsidR="00D66F37" w:rsidRDefault="00106105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22"/>
        <w:gridCol w:w="528"/>
        <w:gridCol w:w="1106"/>
        <w:gridCol w:w="1140"/>
        <w:gridCol w:w="864"/>
        <w:gridCol w:w="4912"/>
        <w:gridCol w:w="1080"/>
        <w:gridCol w:w="1382"/>
      </w:tblGrid>
      <w:tr w:rsidR="00D66F37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D66F37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F37" w:rsidRDefault="00D66F37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F37" w:rsidRDefault="00D66F37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F37" w:rsidRDefault="00D66F37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F37" w:rsidRDefault="00D66F37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F37" w:rsidRDefault="00D66F37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F37" w:rsidRDefault="00D66F37"/>
        </w:tc>
      </w:tr>
      <w:tr w:rsidR="00D66F37" w:rsidRPr="004D1F6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Модуль 1. ТЕХНОЛОГИИ, ПРОФЕССИИ И ПРОИЗВОДСТВА</w:t>
            </w:r>
          </w:p>
        </w:tc>
      </w:tr>
      <w:tr w:rsidR="00D66F37" w:rsidRPr="004D1F64">
        <w:trPr>
          <w:trHeight w:hRule="exact" w:val="92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02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Природа как источник сырьевых ресурсов и творчества мастеров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01.09.2022 02.09.2022</w:t>
            </w:r>
          </w:p>
        </w:tc>
        <w:tc>
          <w:tcPr>
            <w:tcW w:w="49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45" w:lineRule="auto"/>
              <w:ind w:left="72" w:right="86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изучать правила безопасности при работе инструментами и приспособлениями;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Общее понятие об изучаемых материалах, их происхождении, разнообразии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05.09.2022 09.09.2022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изучать возможности использования изучаемых инструментов и приспособлений людьми разных профессий;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Подготовка к работе. Рабочее место, его организация в зависимости от вида работы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12.09.2022 16.09.2022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рассматривать возможности использования, применения изучаемых материалов при изготовлении изделий, предметов быта и др. людьми разных профессий;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7" w:lineRule="auto"/>
              <w:ind w:left="72" w:right="288"/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Профессии родных и знакомых. Профессии,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связанные с изучаемыми материалами и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производствами.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Профессии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сферы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обслуживания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19.09.2022 23.09.2022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рассматривать возможности использования, применения изучаемых материалов при изготовлении изделий, предметов быта и др. людьми разных профессий;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26.09.2022 07.10.2022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2" w:lineRule="auto"/>
              <w:ind w:left="72" w:right="43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основные этапы изготовления изделия при помощи учителя и на основе графической инструкции в учебнике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(рисованному/слайдовому плану, инструкционной карте): анализ устройства изделия, разметка деталей, выделение деталей, сборка изделия, отделка;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>
        <w:trPr>
          <w:trHeight w:hRule="exact" w:val="348"/>
        </w:trPr>
        <w:tc>
          <w:tcPr>
            <w:tcW w:w="4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Итого по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0484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</w:tr>
      <w:tr w:rsidR="00D66F37" w:rsidRPr="004D1F6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Модуль 2. ТЕХНОЛОГИИ РУЧНОЙ ОБРАБОТКИ МАТЕРИАЛОВ</w:t>
            </w:r>
          </w:p>
        </w:tc>
      </w:tr>
      <w:tr w:rsidR="00D66F37" w:rsidRPr="004D1F64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50" w:lineRule="auto"/>
              <w:ind w:left="72" w:right="144"/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Бережное, экономное и рациональное использование обрабатываемых материалов.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Использование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конструктивных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особенностей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материалов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при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изготовлении изделий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10.10.2022 14.10.2022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 руководством учителя организовывать </w:t>
            </w:r>
            <w:proofErr w:type="gramStart"/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свою</w:t>
            </w:r>
            <w:proofErr w:type="gramEnd"/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деятельность: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обучающихся, в процессе выполнения изделия контролировать и при необходимости восстанавливать порядок на рабочем месте; убирать рабочее место;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Основные технологические операции ручной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обработки материалов: разметка деталей, выделение деталей, формообразование деталей, сборка изделия, отделка изделия или его деталей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5" w:lineRule="auto"/>
              <w:ind w:left="72" w:right="100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соблюдать технику безопасной работы инструментами и приспособлениями;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10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Способы разметки деталей: на глаз и от руки, по шаблону, по линейке (как  направляющему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инструменту без откладывания размеров) с опорой на рисунки, графическую инструкцию, простейшую схему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17.10.2022 21.10.2022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45" w:lineRule="auto"/>
              <w:ind w:left="72" w:right="100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соблюдать технику безопасной работы инструментами и приспособлениями;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</w:tbl>
    <w:p w:rsidR="00D66F37" w:rsidRPr="00CD1E29" w:rsidRDefault="00D66F37">
      <w:pPr>
        <w:autoSpaceDE w:val="0"/>
        <w:autoSpaceDN w:val="0"/>
        <w:spacing w:after="0" w:line="14" w:lineRule="exact"/>
        <w:rPr>
          <w:lang w:val="ru-RU"/>
        </w:rPr>
      </w:pPr>
    </w:p>
    <w:p w:rsidR="00D66F37" w:rsidRPr="00CD1E29" w:rsidRDefault="00D66F37">
      <w:pPr>
        <w:rPr>
          <w:lang w:val="ru-RU"/>
        </w:rPr>
        <w:sectPr w:rsidR="00D66F37" w:rsidRPr="00CD1E29" w:rsidSect="00CD1E29">
          <w:pgSz w:w="16840" w:h="11900" w:orient="landscape"/>
          <w:pgMar w:top="358" w:right="666" w:bottom="282" w:left="640" w:header="720" w:footer="720" w:gutter="0"/>
          <w:cols w:space="720" w:equalWidth="0">
            <w:col w:w="15892" w:space="0"/>
          </w:cols>
          <w:docGrid w:linePitch="360"/>
        </w:sectPr>
      </w:pPr>
    </w:p>
    <w:p w:rsidR="00D66F37" w:rsidRPr="00CD1E29" w:rsidRDefault="00D66F37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22"/>
        <w:gridCol w:w="528"/>
        <w:gridCol w:w="1106"/>
        <w:gridCol w:w="1140"/>
        <w:gridCol w:w="864"/>
        <w:gridCol w:w="4912"/>
        <w:gridCol w:w="1080"/>
        <w:gridCol w:w="1382"/>
      </w:tblGrid>
      <w:tr w:rsidR="00D66F37" w:rsidRPr="004D1F6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Чтение условных графических изображений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(называние операций, способов и приёмов работы, последовательности изготовления изделий)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24.10.2022 28.10.2022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названия и назначение основных инструментов и приспособлений для ручного труда (линейка, карандаш, ножницы, шаблон и др.), использовать их в практической работе;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Правила экономной и аккуратной разметки. Рациональная разметка и вырезание нескольких одинаковых деталей из бумаги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07.11.2022 11.11.2022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правила безопасной и аккуратной работы ножницами, клеем;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50" w:lineRule="auto"/>
              <w:ind w:left="72" w:right="144"/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Способы соединения деталей в изделии: с помощью пластилина, клея, скручивание, сшивание и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др.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Приёмы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правила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аккуратной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работы с клеем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читать простые графические схемы изготовления изделия и выполнять изделие по заданной схеме под руководством учителя;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Отделка изделия или его деталей (окрашивание, вышивка, аппликация и др.)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14.11.2022 18.11.2022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читать простые графические схемы изготовления изделия и выполнять изделие по заданной схеме под руководством учителя;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Подбор соответствующих инструментов и способов обработки материалов в зависимости от их свойств и видов изделий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21.11.2022 25.11.2022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 руководством учителя организовывать </w:t>
            </w:r>
            <w:proofErr w:type="gramStart"/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свою</w:t>
            </w:r>
            <w:proofErr w:type="gramEnd"/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деятельность: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обучающихся, в процессе выполнения изделия контролировать и при необходимости восстанавливать порядок на рабочем месте; убирать рабочее место;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132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      </w:r>
            <w:proofErr w:type="spellStart"/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сминание</w:t>
            </w:r>
            <w:proofErr w:type="spellEnd"/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, обрывание, склеивание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28.11.2022 02.12.2022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 руководством учителя организовывать </w:t>
            </w:r>
            <w:proofErr w:type="gramStart"/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свою</w:t>
            </w:r>
            <w:proofErr w:type="gramEnd"/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деятельность: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обучающихся, в процессе выполнения изделия контролировать и при необходимости восстанавливать порядок на рабочем месте; убирать рабочее место;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2.10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ind w:left="72" w:right="432"/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Резание бумаги ножницами. Правила безопасной работы, передачи и хранения ножниц.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Картон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читать простые графические схемы изготовления изделия и выполнять изделие по заданной схеме под руководством учителя;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2.11.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Пластические массы, их виды (пластилин, пластика и др.).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05.12.2022 09.12.2022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Рассматривать и анализировать образцы, варианты выполнения изделий, природные формы — прообразы изготавливаемых изделий;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2.12.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Приёмы изготовления изделий доступной по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сложности формы из них: разметка на глаз, отделение части (стекой, отрыванием), придание формы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12.12.2022 16.12.2022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образцы изделий, понимать поставленную цель, отделять </w:t>
            </w:r>
            <w:proofErr w:type="gramStart"/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известное</w:t>
            </w:r>
            <w:proofErr w:type="gramEnd"/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от неизвестного;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2.13.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proofErr w:type="gramStart"/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Виды природных материалов (плоские — листья и объёмные — орехи, шишки, семена, ветки)</w:t>
            </w:r>
            <w:proofErr w:type="gram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19.12.2022 23.12.2022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Осознавать необходимость бережного отношения к природе, окружающему материальному пространству;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</w:tbl>
    <w:p w:rsidR="00D66F37" w:rsidRPr="00CD1E29" w:rsidRDefault="00D66F37">
      <w:pPr>
        <w:autoSpaceDE w:val="0"/>
        <w:autoSpaceDN w:val="0"/>
        <w:spacing w:after="0" w:line="14" w:lineRule="exact"/>
        <w:rPr>
          <w:lang w:val="ru-RU"/>
        </w:rPr>
      </w:pPr>
    </w:p>
    <w:p w:rsidR="00D66F37" w:rsidRPr="00CD1E29" w:rsidRDefault="00D66F37">
      <w:pPr>
        <w:rPr>
          <w:lang w:val="ru-RU"/>
        </w:rPr>
        <w:sectPr w:rsidR="00D66F37" w:rsidRPr="00CD1E29" w:rsidSect="00CD1E29">
          <w:pgSz w:w="16840" w:h="11900" w:orient="landscape"/>
          <w:pgMar w:top="646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D66F37" w:rsidRPr="00CD1E29" w:rsidRDefault="00D66F37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22"/>
        <w:gridCol w:w="528"/>
        <w:gridCol w:w="1106"/>
        <w:gridCol w:w="1140"/>
        <w:gridCol w:w="864"/>
        <w:gridCol w:w="4912"/>
        <w:gridCol w:w="1080"/>
        <w:gridCol w:w="1382"/>
      </w:tblGrid>
      <w:tr w:rsidR="00D66F37" w:rsidRPr="004D1F6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2.14.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Приёмы работы с природными материалами: подбор материалов в соответствии с замыслом, составление композиции, соединение деталей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26.12.2022 30.12.2022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Отбирать природный материал в соответствии с выполняемым изделием;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2.15.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Общее представление о тканях (текстиле), их строении и свойствах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10.01.2023 13.01.2023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лицевую и изнаночную стороны ткани;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10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2.16.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Швейные инструменты и приспособления (иглы, булавки и др.)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16.01.2023 20.01.2023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Отбирать инструменты и приспособления для работы с текстильными материалами;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2.17.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Отмеривание и заправка нитки в иголку, строчка прямого стежка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23.01.2023 27.01.2023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подготовку нитки и иглы к работе: завязывание узелка, использование приёмов отмеривания нитки для шитья, вдевание нитки в иглу;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2.18.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Использование дополнительных отделочных материалов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30.01.2023 03.02.2023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Узнавать, называть, выполнять и выбирать технологические приёмы ручной обработки материалов в зависимости от их свойств;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>
        <w:trPr>
          <w:trHeight w:hRule="exact" w:val="350"/>
        </w:trPr>
        <w:tc>
          <w:tcPr>
            <w:tcW w:w="4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Итого по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</w:t>
            </w:r>
          </w:p>
        </w:tc>
        <w:tc>
          <w:tcPr>
            <w:tcW w:w="10484" w:type="dxa"/>
            <w:gridSpan w:val="6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</w:tr>
      <w:tr w:rsidR="00D66F37">
        <w:trPr>
          <w:trHeight w:hRule="exact" w:val="348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Модуль 3. КОНСТРУИРОВАНИЕ И МОДЕЛИРОВАНИЕ</w:t>
            </w:r>
          </w:p>
        </w:tc>
      </w:tr>
      <w:tr w:rsidR="00D66F37" w:rsidRPr="004D1F64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Простые и объёмные конструкции из разных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материалов (пластические массы, бумага, текстиль и др.) и способы их создания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06.02.2023 10.02.2023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Иметь общее представление о конструкции изделия, детали и части изделия, их взаимном расположении в общей конструкции;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конструкции образцов изделий, выделять основные и дополнительные детали конструкции, называть их форму и способ соединения; анализировать конструкцию изделия по рисунку, фотографии, схеме;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Общее представление о конструкции изделия; детали и части изделия, их взаимное расположение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 общей конструкции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13.02.2023 03.03.2023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порядок действий в зависимости от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желаемого/необходимого результата; выбирать способ работы с опорой на учебник или рабочую тетрадь в зависимости от требуемого результата/замысла;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Способы соединения деталей в изделиях из разных материалов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06.03.2023 17.03.2023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Изготавливать простые и объёмные конструкции из разных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материалов (пластические массы, бумага, текстиль и др.), по модели (на плоскости), рисунку;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Образец, анализ конструкции образцов изделий, изготовление изделий по образцу, рисунку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27.03.2023 31.03.2023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порядок действий в зависимости от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желаемого/необходимого результата; выбирать способ работы с опорой на учебник или рабочую тетрадь в зависимости от требуемого результата/замысла;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Конструирование по модели (на плоскости)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03.04.2023 14.04.2023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Изготавливать простые и объёмные конструкции из разных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материалов (пластические массы, бумага, текстиль и др.), по модели (на плоскости), рисунку;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</w:tbl>
    <w:p w:rsidR="00D66F37" w:rsidRPr="00CD1E29" w:rsidRDefault="00D66F37">
      <w:pPr>
        <w:autoSpaceDE w:val="0"/>
        <w:autoSpaceDN w:val="0"/>
        <w:spacing w:after="0" w:line="14" w:lineRule="exact"/>
        <w:rPr>
          <w:lang w:val="ru-RU"/>
        </w:rPr>
      </w:pPr>
    </w:p>
    <w:p w:rsidR="00D66F37" w:rsidRPr="00CD1E29" w:rsidRDefault="00D66F37">
      <w:pPr>
        <w:rPr>
          <w:lang w:val="ru-RU"/>
        </w:rPr>
        <w:sectPr w:rsidR="00D66F37" w:rsidRPr="00CD1E29" w:rsidSect="00CD1E29">
          <w:pgSz w:w="16840" w:h="11900" w:orient="landscape"/>
          <w:pgMar w:top="442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D66F37" w:rsidRPr="00CD1E29" w:rsidRDefault="00D66F37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22"/>
        <w:gridCol w:w="528"/>
        <w:gridCol w:w="1106"/>
        <w:gridCol w:w="1140"/>
        <w:gridCol w:w="864"/>
        <w:gridCol w:w="4912"/>
        <w:gridCol w:w="1080"/>
        <w:gridCol w:w="1382"/>
      </w:tblGrid>
      <w:tr w:rsidR="00D66F37" w:rsidRPr="004D1F64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Взаимосвязь выполняемого действия и результата. Элементарное прогнозирование порядка действий в зависимости от желаемого/необходимого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результата; выбор способа работы в зависимости от требуемого результата/замысла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17.04.2023 28.04.2023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Изготавливать простые и объёмные конструкции из разных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материалов (пластические массы, бумага, текстиль и др.), по модели (на плоскости), рисунку;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>
        <w:trPr>
          <w:trHeight w:hRule="exact" w:val="348"/>
        </w:trPr>
        <w:tc>
          <w:tcPr>
            <w:tcW w:w="4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Итого по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0484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</w:tr>
      <w:tr w:rsidR="00D66F37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Модуль 4. ИНФОРМАЦИОННО-КОММУНИКАТИВНЫЕ ТЕХНОЛОГИИ</w:t>
            </w:r>
          </w:p>
        </w:tc>
      </w:tr>
      <w:tr w:rsidR="00D66F37" w:rsidRPr="004D1F6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Демонстрация учителем готовых материалов на информационных носителях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08.05.2023 12.05.2023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готовые материалы, представленные учителем на информационных носителях;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 w:rsidRPr="004D1F6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Информация. Виды информации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15.05.2023 19.05.2023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простейшие преобразования информации (например, перевод текстовой информации в рисуночную и/или табличную форму);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Учи.ру;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РЭШ;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Электронный диск</w:t>
            </w:r>
          </w:p>
        </w:tc>
      </w:tr>
      <w:tr w:rsidR="00D66F37">
        <w:trPr>
          <w:trHeight w:hRule="exact" w:val="348"/>
        </w:trPr>
        <w:tc>
          <w:tcPr>
            <w:tcW w:w="4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Итого по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0484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</w:tr>
      <w:tr w:rsidR="00D66F37">
        <w:trPr>
          <w:trHeight w:hRule="exact" w:val="328"/>
        </w:trPr>
        <w:tc>
          <w:tcPr>
            <w:tcW w:w="4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</w:tr>
    </w:tbl>
    <w:p w:rsidR="00D66F37" w:rsidRDefault="00D66F37">
      <w:pPr>
        <w:autoSpaceDE w:val="0"/>
        <w:autoSpaceDN w:val="0"/>
        <w:spacing w:after="0" w:line="14" w:lineRule="exact"/>
      </w:pPr>
    </w:p>
    <w:p w:rsidR="00D66F37" w:rsidRDefault="00D66F37">
      <w:pPr>
        <w:sectPr w:rsidR="00D66F37" w:rsidSect="00CD1E29">
          <w:pgSz w:w="16840" w:h="11900" w:orient="landscape"/>
          <w:pgMar w:top="1440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D66F37" w:rsidRDefault="00D66F37">
      <w:pPr>
        <w:autoSpaceDE w:val="0"/>
        <w:autoSpaceDN w:val="0"/>
        <w:spacing w:after="78" w:line="220" w:lineRule="exact"/>
      </w:pPr>
    </w:p>
    <w:p w:rsidR="00D66F37" w:rsidRDefault="00106105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D66F37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D66F37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F37" w:rsidRDefault="00D66F37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D66F37" w:rsidRDefault="00D66F37"/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F37" w:rsidRDefault="00D66F37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F37" w:rsidRDefault="00D66F37"/>
        </w:tc>
      </w:tr>
      <w:tr w:rsidR="00D66F3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Как работать с учебником? Я и мои друзья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66F3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Материалы и инструменты. Организация рабочего места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66F37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Что такое технология? 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Природный материал.</w:t>
            </w:r>
          </w:p>
          <w:p w:rsidR="00D66F37" w:rsidRPr="00CD1E29" w:rsidRDefault="00106105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Изделие: «Аппликация из листьев»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 w:rsidTr="00CD1E29">
        <w:trPr>
          <w:trHeight w:hRule="exact" w:val="95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Аппликация из </w:t>
            </w:r>
            <w:proofErr w:type="spell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пластилина</w:t>
            </w:r>
            <w:proofErr w:type="gram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«Р</w:t>
            </w:r>
            <w:proofErr w:type="gramEnd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омашковая</w:t>
            </w:r>
            <w:proofErr w:type="spellEnd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поляна»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Аппликация из пластилина и </w:t>
            </w:r>
            <w:proofErr w:type="spell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прородного</w:t>
            </w:r>
            <w:proofErr w:type="spellEnd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материала «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Мудрая сова»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Растения</w:t>
            </w:r>
            <w:proofErr w:type="gram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.</w:t>
            </w:r>
            <w:proofErr w:type="gramEnd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Изготовление пакета для семян.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Растения. « Овощи из пластилина»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Бумага. Закладка для книг.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Бумага. Волшебные фигурки. </w:t>
            </w:r>
            <w:proofErr w:type="spell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Аппликаиця</w:t>
            </w:r>
            <w:proofErr w:type="spellEnd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« Лев»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66F3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Пластилин. </w:t>
            </w:r>
            <w:proofErr w:type="spell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Насекомые</w:t>
            </w:r>
            <w:proofErr w:type="gram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Пчелы</w:t>
            </w:r>
            <w:proofErr w:type="spellEnd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соты».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 w:rsidTr="00CD1E29">
        <w:trPr>
          <w:trHeight w:hRule="exact" w:val="7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Дикие животные . Коллаж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 w:right="432"/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Новый год. Украшения на елку.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Украшение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окно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Домашние </w:t>
            </w:r>
            <w:proofErr w:type="spell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животные</w:t>
            </w:r>
            <w:proofErr w:type="gram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Котенок</w:t>
            </w:r>
            <w:proofErr w:type="spellEnd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 - фигурка из пластилина 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Такие разные дома «Домик»</w:t>
            </w:r>
            <w:r w:rsid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аппликация из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гофрированного картона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D66F37" w:rsidRDefault="00D66F37">
      <w:pPr>
        <w:autoSpaceDE w:val="0"/>
        <w:autoSpaceDN w:val="0"/>
        <w:spacing w:after="0" w:line="14" w:lineRule="exact"/>
      </w:pPr>
    </w:p>
    <w:p w:rsidR="00D66F37" w:rsidRDefault="00D66F37">
      <w:pPr>
        <w:sectPr w:rsidR="00D66F37">
          <w:pgSz w:w="11900" w:h="16840"/>
          <w:pgMar w:top="298" w:right="650" w:bottom="280" w:left="666" w:header="720" w:footer="720" w:gutter="0"/>
          <w:cols w:space="720" w:equalWidth="0">
            <w:col w:w="1058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D66F37" w:rsidTr="00CD1E29">
        <w:trPr>
          <w:trHeight w:hRule="exact" w:val="80"/>
        </w:trPr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3288" w:type="dxa"/>
            <w:tcBorders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734" w:type="dxa"/>
            <w:tcBorders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</w:tr>
    </w:tbl>
    <w:p w:rsidR="00D66F37" w:rsidRDefault="00D66F37">
      <w:pPr>
        <w:autoSpaceDE w:val="0"/>
        <w:autoSpaceDN w:val="0"/>
        <w:spacing w:after="0" w:line="1158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D66F3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Такие разные дома «Домик из веток» аппликация из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гофрированного картона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Изделие из пластилина «Чайный сервиз</w:t>
            </w:r>
            <w:proofErr w:type="gram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.»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100" w:after="0" w:line="262" w:lineRule="auto"/>
              <w:ind w:left="72" w:right="576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Свет в доме.  Изделие и з бумаги «Торшер»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Мебель.  Изготовление стула из гофрированного </w:t>
            </w:r>
            <w:proofErr w:type="spell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картон</w:t>
            </w:r>
            <w:proofErr w:type="gram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а«</w:t>
            </w:r>
            <w:proofErr w:type="gramEnd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Стул</w:t>
            </w:r>
            <w:proofErr w:type="spellEnd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 w:rsidTr="00CD1E29">
        <w:trPr>
          <w:trHeight w:hRule="exact" w:val="117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Одежда. Ткань. </w:t>
            </w:r>
            <w:proofErr w:type="spell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Нитки</w:t>
            </w:r>
            <w:proofErr w:type="gram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Кукла</w:t>
            </w:r>
            <w:proofErr w:type="spellEnd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из ниток»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Учимся шить. Закладка с вышивкой.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Пришиваем пуговицу с двумя отверстиями.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«Медвежонок» оформление игрушки пуговицами.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Передвижение по земле. Работа с конструктором «Тачка»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Вода в жизни человек.</w:t>
            </w:r>
          </w:p>
          <w:p w:rsidR="00D66F37" w:rsidRPr="00CD1E29" w:rsidRDefault="00106105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«Колодец»- работа с </w:t>
            </w:r>
            <w:r w:rsidRPr="00CD1E29">
              <w:rPr>
                <w:lang w:val="ru-RU"/>
              </w:rPr>
              <w:br/>
            </w:r>
            <w:proofErr w:type="spell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природныи</w:t>
            </w:r>
            <w:proofErr w:type="spellEnd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материалом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Вода в жизни человек.</w:t>
            </w:r>
          </w:p>
          <w:p w:rsidR="00D66F37" w:rsidRPr="00CD1E29" w:rsidRDefault="00106105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«Колодец»- работа с </w:t>
            </w:r>
            <w:r w:rsidRPr="00CD1E29">
              <w:rPr>
                <w:lang w:val="ru-RU"/>
              </w:rPr>
              <w:br/>
            </w:r>
            <w:proofErr w:type="spell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природныи</w:t>
            </w:r>
            <w:proofErr w:type="spellEnd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материалом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 w:rsidTr="00CD1E29">
        <w:trPr>
          <w:trHeight w:hRule="exact" w:val="103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Передвижение по </w:t>
            </w:r>
            <w:proofErr w:type="spell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воде</w:t>
            </w:r>
            <w:proofErr w:type="gram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Кораблик</w:t>
            </w:r>
            <w:proofErr w:type="spellEnd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»- оригами.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Использование ветра. Вертушка.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 w:rsidTr="00CD1E29">
        <w:trPr>
          <w:trHeight w:hRule="exact" w:val="107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Аппликация в «</w:t>
            </w:r>
            <w:proofErr w:type="spell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рваной</w:t>
            </w:r>
            <w:proofErr w:type="gramStart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»т</w:t>
            </w:r>
            <w:proofErr w:type="gramEnd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ехнике</w:t>
            </w:r>
            <w:proofErr w:type="spellEnd"/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«Попугай»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Полеты человека. Парашют.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D66F37" w:rsidRDefault="00D66F37">
      <w:pPr>
        <w:autoSpaceDE w:val="0"/>
        <w:autoSpaceDN w:val="0"/>
        <w:spacing w:after="0" w:line="14" w:lineRule="exact"/>
      </w:pPr>
    </w:p>
    <w:p w:rsidR="00D66F37" w:rsidRDefault="00D66F37">
      <w:pPr>
        <w:autoSpaceDE w:val="0"/>
        <w:autoSpaceDN w:val="0"/>
        <w:spacing w:after="0" w:line="14" w:lineRule="exact"/>
      </w:pPr>
    </w:p>
    <w:p w:rsidR="00D66F37" w:rsidRDefault="00D66F37">
      <w:pPr>
        <w:sectPr w:rsidR="00D66F37" w:rsidSect="00CD1E29">
          <w:pgSz w:w="11900" w:h="16840"/>
          <w:pgMar w:top="0" w:right="650" w:bottom="49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66F37" w:rsidRDefault="00D66F37">
      <w:pPr>
        <w:autoSpaceDE w:val="0"/>
        <w:autoSpaceDN w:val="0"/>
        <w:spacing w:after="66" w:line="220" w:lineRule="exact"/>
        <w:rPr>
          <w:lang w:val="ru-RU"/>
        </w:rPr>
      </w:pPr>
    </w:p>
    <w:p w:rsidR="00CD1E29" w:rsidRPr="00CD1E29" w:rsidRDefault="00CD1E29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D66F3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Способы общения.</w:t>
            </w:r>
          </w:p>
          <w:p w:rsidR="00D66F37" w:rsidRDefault="00106105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Зашифрованное письмо.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Важные номера телефона.</w:t>
            </w:r>
          </w:p>
          <w:p w:rsidR="00D66F37" w:rsidRDefault="00106105">
            <w:pPr>
              <w:autoSpaceDE w:val="0"/>
              <w:autoSpaceDN w:val="0"/>
              <w:spacing w:before="70" w:after="0" w:line="271" w:lineRule="auto"/>
              <w:ind w:left="72" w:right="576"/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Правила дорожного </w:t>
            </w:r>
            <w:r w:rsidRPr="00CD1E29">
              <w:rPr>
                <w:lang w:val="ru-RU"/>
              </w:rPr>
              <w:br/>
            </w: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движения.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памятки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Компьютер. Интернет.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66F37">
        <w:trPr>
          <w:trHeight w:hRule="exact" w:val="810"/>
        </w:trPr>
        <w:tc>
          <w:tcPr>
            <w:tcW w:w="3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66F37" w:rsidRPr="00CD1E29" w:rsidRDefault="00106105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lang w:val="ru-RU"/>
              </w:rPr>
            </w:pPr>
            <w:r w:rsidRPr="00CD1E2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10610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66F37" w:rsidRDefault="00D66F37"/>
        </w:tc>
      </w:tr>
    </w:tbl>
    <w:p w:rsidR="00D66F37" w:rsidRDefault="00D66F37">
      <w:pPr>
        <w:autoSpaceDE w:val="0"/>
        <w:autoSpaceDN w:val="0"/>
        <w:spacing w:after="0" w:line="14" w:lineRule="exact"/>
      </w:pPr>
    </w:p>
    <w:p w:rsidR="00D66F37" w:rsidRDefault="00D66F37">
      <w:pPr>
        <w:sectPr w:rsidR="00D66F37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66F37" w:rsidRDefault="00D66F37">
      <w:pPr>
        <w:autoSpaceDE w:val="0"/>
        <w:autoSpaceDN w:val="0"/>
        <w:spacing w:after="78" w:line="220" w:lineRule="exact"/>
      </w:pPr>
    </w:p>
    <w:p w:rsidR="00D66F37" w:rsidRDefault="00106105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D66F37" w:rsidRDefault="00106105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D66F37" w:rsidRPr="00CD1E29" w:rsidRDefault="00106105">
      <w:pPr>
        <w:autoSpaceDE w:val="0"/>
        <w:autoSpaceDN w:val="0"/>
        <w:spacing w:before="166" w:after="0" w:line="271" w:lineRule="auto"/>
        <w:ind w:right="1152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Технология, 1 класс/</w:t>
      </w:r>
      <w:proofErr w:type="spell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Роговцева</w:t>
      </w:r>
      <w:proofErr w:type="spell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Н.И., Богданова Н.В., </w:t>
      </w:r>
      <w:proofErr w:type="spell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Фрейтаг</w:t>
      </w:r>
      <w:proofErr w:type="spell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И.П., Акционерное </w:t>
      </w:r>
      <w:proofErr w:type="spell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общество</w:t>
      </w:r>
      <w:proofErr w:type="gram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«И</w:t>
      </w:r>
      <w:proofErr w:type="gram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здательство</w:t>
      </w:r>
      <w:proofErr w:type="spell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«Просвещение»;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D66F37" w:rsidRPr="00CD1E29" w:rsidRDefault="00106105">
      <w:pPr>
        <w:autoSpaceDE w:val="0"/>
        <w:autoSpaceDN w:val="0"/>
        <w:spacing w:before="262" w:after="0" w:line="230" w:lineRule="auto"/>
        <w:rPr>
          <w:lang w:val="ru-RU"/>
        </w:rPr>
      </w:pP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D66F37" w:rsidRPr="00CD1E29" w:rsidRDefault="00106105">
      <w:pPr>
        <w:autoSpaceDE w:val="0"/>
        <w:autoSpaceDN w:val="0"/>
        <w:spacing w:before="166" w:after="0" w:line="230" w:lineRule="auto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Поурочные разработки, электронный диск</w:t>
      </w:r>
      <w:proofErr w:type="gramStart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,</w:t>
      </w:r>
      <w:proofErr w:type="gramEnd"/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 таблицы, образцы изделий</w:t>
      </w:r>
    </w:p>
    <w:p w:rsidR="00D66F37" w:rsidRPr="00CD1E29" w:rsidRDefault="00106105">
      <w:pPr>
        <w:autoSpaceDE w:val="0"/>
        <w:autoSpaceDN w:val="0"/>
        <w:spacing w:before="264" w:after="0" w:line="230" w:lineRule="auto"/>
        <w:rPr>
          <w:lang w:val="ru-RU"/>
        </w:rPr>
      </w:pP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D66F37" w:rsidRPr="00CD1E29" w:rsidRDefault="00106105">
      <w:pPr>
        <w:autoSpaceDE w:val="0"/>
        <w:autoSpaceDN w:val="0"/>
        <w:spacing w:before="168" w:after="0" w:line="271" w:lineRule="auto"/>
        <w:ind w:right="8640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Учи.ру;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 xml:space="preserve">РЭШ; </w:t>
      </w:r>
      <w:r w:rsidRPr="00CD1E29">
        <w:rPr>
          <w:lang w:val="ru-RU"/>
        </w:rPr>
        <w:br/>
      </w: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Электронный диск</w:t>
      </w:r>
    </w:p>
    <w:p w:rsidR="00D66F37" w:rsidRPr="00CD1E29" w:rsidRDefault="00D66F37">
      <w:pPr>
        <w:rPr>
          <w:lang w:val="ru-RU"/>
        </w:rPr>
        <w:sectPr w:rsidR="00D66F37" w:rsidRPr="00CD1E29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66F37" w:rsidRPr="00CD1E29" w:rsidRDefault="00D66F37">
      <w:pPr>
        <w:autoSpaceDE w:val="0"/>
        <w:autoSpaceDN w:val="0"/>
        <w:spacing w:after="78" w:line="220" w:lineRule="exact"/>
        <w:rPr>
          <w:lang w:val="ru-RU"/>
        </w:rPr>
      </w:pPr>
    </w:p>
    <w:p w:rsidR="00D66F37" w:rsidRPr="00CD1E29" w:rsidRDefault="00106105">
      <w:pPr>
        <w:autoSpaceDE w:val="0"/>
        <w:autoSpaceDN w:val="0"/>
        <w:spacing w:after="0" w:line="230" w:lineRule="auto"/>
        <w:rPr>
          <w:lang w:val="ru-RU"/>
        </w:rPr>
      </w:pP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D66F37" w:rsidRPr="00CD1E29" w:rsidRDefault="00106105">
      <w:pPr>
        <w:autoSpaceDE w:val="0"/>
        <w:autoSpaceDN w:val="0"/>
        <w:spacing w:before="346" w:after="0" w:line="230" w:lineRule="auto"/>
        <w:rPr>
          <w:lang w:val="ru-RU"/>
        </w:rPr>
      </w:pP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D66F37" w:rsidRPr="00CD1E29" w:rsidRDefault="00106105">
      <w:pPr>
        <w:autoSpaceDE w:val="0"/>
        <w:autoSpaceDN w:val="0"/>
        <w:spacing w:before="166" w:after="0" w:line="271" w:lineRule="auto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Учебник, рабочие тетради; заготовка для изготовления подставки для кисти (заранее вырезать из приложения 1 рабочей тетради); бумага для упражнений в разметке и вырезании симметричных форм, простой карандаш, ножницы, ИКТ.</w:t>
      </w:r>
    </w:p>
    <w:p w:rsidR="00D66F37" w:rsidRPr="00CD1E29" w:rsidRDefault="00106105">
      <w:pPr>
        <w:autoSpaceDE w:val="0"/>
        <w:autoSpaceDN w:val="0"/>
        <w:spacing w:before="262" w:after="0" w:line="230" w:lineRule="auto"/>
        <w:rPr>
          <w:lang w:val="ru-RU"/>
        </w:rPr>
      </w:pPr>
      <w:r w:rsidRPr="00CD1E29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D66F37" w:rsidRPr="00CD1E29" w:rsidRDefault="00106105">
      <w:pPr>
        <w:autoSpaceDE w:val="0"/>
        <w:autoSpaceDN w:val="0"/>
        <w:spacing w:before="166" w:after="0" w:line="278" w:lineRule="auto"/>
        <w:ind w:right="144"/>
        <w:rPr>
          <w:lang w:val="ru-RU"/>
        </w:rPr>
      </w:pPr>
      <w:r w:rsidRPr="00CD1E29">
        <w:rPr>
          <w:rFonts w:ascii="Times New Roman" w:eastAsia="Times New Roman" w:hAnsi="Times New Roman"/>
          <w:color w:val="000000"/>
          <w:sz w:val="24"/>
          <w:lang w:val="ru-RU"/>
        </w:rPr>
        <w:t>1.Набор цветной бумаги; 2. Набор цветного картона; 3. Набор белого картона; 4.Ножницы с тупыми концами; 5.Клей – карандаш, клей ПВА, кисточка для клея; 6.Пластилин не менее 8 цветов, стеки, дощечка; 7. Конструктор (железный) №3; 8.Природный материал; 9. Папка на молнии с ручками для принадлежностей по технологии.</w:t>
      </w:r>
    </w:p>
    <w:p w:rsidR="00D66F37" w:rsidRPr="00CD1E29" w:rsidRDefault="00D66F37">
      <w:pPr>
        <w:rPr>
          <w:lang w:val="ru-RU"/>
        </w:rPr>
        <w:sectPr w:rsidR="00D66F37" w:rsidRPr="00CD1E29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06105" w:rsidRPr="00CD1E29" w:rsidRDefault="00106105">
      <w:pPr>
        <w:rPr>
          <w:lang w:val="ru-RU"/>
        </w:rPr>
      </w:pPr>
    </w:p>
    <w:sectPr w:rsidR="00106105" w:rsidRPr="00CD1E29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06105"/>
    <w:rsid w:val="0015074B"/>
    <w:rsid w:val="0029639D"/>
    <w:rsid w:val="00326F90"/>
    <w:rsid w:val="004D1F64"/>
    <w:rsid w:val="00AA1D8D"/>
    <w:rsid w:val="00B47730"/>
    <w:rsid w:val="00CB0664"/>
    <w:rsid w:val="00CD1E29"/>
    <w:rsid w:val="00D66F3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CD1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CD1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CD1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CD1E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3.xml"/><Relationship Id="rId5" Type="http://schemas.openxmlformats.org/officeDocument/2006/relationships/settings" Target="settings.xml"/><Relationship Id="rId10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H5VRHAXFEW3S-1303-238</_dlc_DocId>
    <_dlc_DocIdUrl xmlns="b582dbf1-bcaa-4613-9a4c-8b7010640233">
      <Url>https://eduportal44.ru/Krasnoe/Dren/_layouts/15/DocIdRedir.aspx?ID=H5VRHAXFEW3S-1303-238</Url>
      <Description>H5VRHAXFEW3S-1303-238</Description>
    </_dlc_DocIdUrl>
  </documentManagement>
</p:properties>
</file>

<file path=customXml/itemProps1.xml><?xml version="1.0" encoding="utf-8"?>
<ds:datastoreItem xmlns:ds="http://schemas.openxmlformats.org/officeDocument/2006/customXml" ds:itemID="{87CA2CF6-BE08-44CF-BF60-5031B407D318}"/>
</file>

<file path=customXml/itemProps2.xml><?xml version="1.0" encoding="utf-8"?>
<ds:datastoreItem xmlns:ds="http://schemas.openxmlformats.org/officeDocument/2006/customXml" ds:itemID="{FF246E21-802F-4DB1-9D0B-F0E3320B6B08}"/>
</file>

<file path=customXml/itemProps3.xml><?xml version="1.0" encoding="utf-8"?>
<ds:datastoreItem xmlns:ds="http://schemas.openxmlformats.org/officeDocument/2006/customXml" ds:itemID="{B7C2C881-DC71-448F-89DA-F7D114B86B0D}"/>
</file>

<file path=customXml/itemProps4.xml><?xml version="1.0" encoding="utf-8"?>
<ds:datastoreItem xmlns:ds="http://schemas.openxmlformats.org/officeDocument/2006/customXml" ds:itemID="{05F0D82F-876D-43CF-A8C9-0DA8C72D148A}"/>
</file>

<file path=customXml/itemProps5.xml><?xml version="1.0" encoding="utf-8"?>
<ds:datastoreItem xmlns:ds="http://schemas.openxmlformats.org/officeDocument/2006/customXml" ds:itemID="{6E2D3B7A-CDA6-46C1-B262-E25A05EF70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5600</Words>
  <Characters>31924</Characters>
  <Application>Microsoft Office Word</Application>
  <DocSecurity>0</DocSecurity>
  <Lines>266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37450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Дмитрий</cp:lastModifiedBy>
  <cp:revision>5</cp:revision>
  <cp:lastPrinted>2022-09-13T21:15:00Z</cp:lastPrinted>
  <dcterms:created xsi:type="dcterms:W3CDTF">2013-12-23T23:15:00Z</dcterms:created>
  <dcterms:modified xsi:type="dcterms:W3CDTF">2023-01-18T15:34:00Z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01503539-819d-4c01-a97a-8e0c07ebb114</vt:lpwstr>
  </property>
</Properties>
</file>